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jc w:val="center"/>
        <w:tblLook w:val="04A0" w:firstRow="1" w:lastRow="0" w:firstColumn="1" w:lastColumn="0" w:noHBand="0" w:noVBand="1"/>
      </w:tblPr>
      <w:tblGrid>
        <w:gridCol w:w="10800"/>
      </w:tblGrid>
      <w:tr w:rsidR="000E0799" w:rsidRPr="00331AEB" w14:paraId="093FA479" w14:textId="77777777" w:rsidTr="00801D4E">
        <w:trPr>
          <w:trHeight w:val="760"/>
          <w:jc w:val="center"/>
        </w:trPr>
        <w:tc>
          <w:tcPr>
            <w:tcW w:w="10800" w:type="dxa"/>
            <w:shd w:val="clear" w:color="auto" w:fill="005A9C"/>
            <w:tcMar>
              <w:top w:w="140" w:type="dxa"/>
              <w:left w:w="180" w:type="dxa"/>
              <w:bottom w:w="140" w:type="dxa"/>
              <w:right w:w="180" w:type="dxa"/>
            </w:tcMar>
          </w:tcPr>
          <w:p w14:paraId="61A16F81" w14:textId="1E6CD1C0" w:rsidR="000E0799" w:rsidRPr="00801D4E" w:rsidRDefault="00000000" w:rsidP="00801D4E">
            <w:pPr>
              <w:pStyle w:val="Heading1"/>
              <w:spacing w:before="0"/>
              <w:jc w:val="center"/>
              <w:rPr>
                <w:rFonts w:ascii="Lato" w:hAnsi="Lato"/>
                <w:color w:val="FFFFFF" w:themeColor="background1"/>
                <w:sz w:val="36"/>
                <w:szCs w:val="36"/>
              </w:rPr>
            </w:pPr>
            <w:r w:rsidRPr="00801D4E">
              <w:rPr>
                <w:rFonts w:ascii="Lato" w:hAnsi="Lato"/>
                <w:color w:val="FFFFFF" w:themeColor="background1"/>
                <w:sz w:val="36"/>
                <w:szCs w:val="36"/>
              </w:rPr>
              <w:t>County Community on Transition (</w:t>
            </w:r>
            <w:proofErr w:type="spellStart"/>
            <w:r w:rsidRPr="00801D4E">
              <w:rPr>
                <w:rFonts w:ascii="Lato" w:hAnsi="Lato"/>
                <w:color w:val="FFFFFF" w:themeColor="background1"/>
                <w:sz w:val="36"/>
                <w:szCs w:val="36"/>
              </w:rPr>
              <w:t>CCoT</w:t>
            </w:r>
            <w:proofErr w:type="spellEnd"/>
            <w:r w:rsidRPr="00801D4E">
              <w:rPr>
                <w:rFonts w:ascii="Lato" w:hAnsi="Lato"/>
                <w:color w:val="FFFFFF" w:themeColor="background1"/>
                <w:sz w:val="36"/>
                <w:szCs w:val="36"/>
              </w:rPr>
              <w:t>) Team Agenda</w:t>
            </w:r>
          </w:p>
        </w:tc>
      </w:tr>
    </w:tbl>
    <w:p w14:paraId="69956C0E" w14:textId="5455748B" w:rsidR="000E0799" w:rsidRPr="00331AEB" w:rsidRDefault="00801D4E">
      <w:pPr>
        <w:spacing w:before="120" w:after="80"/>
        <w:rPr>
          <w:rFonts w:ascii="Lato" w:hAnsi="Lato"/>
          <w:sz w:val="28"/>
          <w:szCs w:val="28"/>
        </w:rPr>
      </w:pPr>
      <w:r>
        <w:rPr>
          <w:rFonts w:ascii="Lato" w:hAnsi="Lato"/>
          <w:noProof/>
          <w:sz w:val="28"/>
          <w:szCs w:val="28"/>
        </w:rPr>
        <w:drawing>
          <wp:anchor distT="0" distB="0" distL="114300" distR="114300" simplePos="0" relativeHeight="251658240" behindDoc="0" locked="0" layoutInCell="1" allowOverlap="1" wp14:anchorId="1649F659" wp14:editId="53B8E201">
            <wp:simplePos x="0" y="0"/>
            <wp:positionH relativeFrom="column">
              <wp:posOffset>-74295</wp:posOffset>
            </wp:positionH>
            <wp:positionV relativeFrom="paragraph">
              <wp:posOffset>-640508</wp:posOffset>
            </wp:positionV>
            <wp:extent cx="1322705" cy="733425"/>
            <wp:effectExtent l="0" t="0" r="0" b="3175"/>
            <wp:wrapSquare wrapText="bothSides"/>
            <wp:docPr id="777316307" name="Picture 3" descr="Transition Improvement Grant (TI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316307" name="Picture 3" descr="Transition Improvement Grant (TIG) Logo"/>
                    <pic:cNvPicPr/>
                  </pic:nvPicPr>
                  <pic:blipFill>
                    <a:blip r:embed="rId8"/>
                    <a:stretch>
                      <a:fillRect/>
                    </a:stretch>
                  </pic:blipFill>
                  <pic:spPr>
                    <a:xfrm>
                      <a:off x="0" y="0"/>
                      <a:ext cx="1322705" cy="733425"/>
                    </a:xfrm>
                    <a:prstGeom prst="rect">
                      <a:avLst/>
                    </a:prstGeom>
                  </pic:spPr>
                </pic:pic>
              </a:graphicData>
            </a:graphic>
            <wp14:sizeRelH relativeFrom="page">
              <wp14:pctWidth>0</wp14:pctWidth>
            </wp14:sizeRelH>
            <wp14:sizeRelV relativeFrom="page">
              <wp14:pctHeight>0</wp14:pctHeight>
            </wp14:sizeRelV>
          </wp:anchor>
        </w:drawing>
      </w:r>
      <w:r>
        <w:rPr>
          <w:rFonts w:ascii="Lato" w:hAnsi="Lato"/>
          <w:noProof/>
          <w:sz w:val="28"/>
          <w:szCs w:val="28"/>
        </w:rPr>
        <w:drawing>
          <wp:anchor distT="0" distB="0" distL="114300" distR="114300" simplePos="0" relativeHeight="251659264" behindDoc="0" locked="0" layoutInCell="1" allowOverlap="1" wp14:anchorId="4492D2F0" wp14:editId="5C426FD2">
            <wp:simplePos x="0" y="0"/>
            <wp:positionH relativeFrom="column">
              <wp:posOffset>7846695</wp:posOffset>
            </wp:positionH>
            <wp:positionV relativeFrom="paragraph">
              <wp:posOffset>-728640</wp:posOffset>
            </wp:positionV>
            <wp:extent cx="1435100" cy="815975"/>
            <wp:effectExtent l="0" t="0" r="0" b="0"/>
            <wp:wrapSquare wrapText="bothSides"/>
            <wp:docPr id="1037367872" name="Picture 2" descr="Wisconsin Department of Public Instruction (DP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367872" name="Picture 2" descr="Wisconsin Department of Public Instruction (DPI) Logo"/>
                    <pic:cNvPicPr/>
                  </pic:nvPicPr>
                  <pic:blipFill>
                    <a:blip r:embed="rId9"/>
                    <a:stretch>
                      <a:fillRect/>
                    </a:stretch>
                  </pic:blipFill>
                  <pic:spPr>
                    <a:xfrm>
                      <a:off x="0" y="0"/>
                      <a:ext cx="1435100" cy="815975"/>
                    </a:xfrm>
                    <a:prstGeom prst="rect">
                      <a:avLst/>
                    </a:prstGeom>
                  </pic:spPr>
                </pic:pic>
              </a:graphicData>
            </a:graphic>
            <wp14:sizeRelH relativeFrom="page">
              <wp14:pctWidth>0</wp14:pctWidth>
            </wp14:sizeRelH>
            <wp14:sizeRelV relativeFrom="page">
              <wp14:pctHeight>0</wp14:pctHeight>
            </wp14:sizeRelV>
          </wp:anchor>
        </w:drawing>
      </w:r>
    </w:p>
    <w:tbl>
      <w:tblPr>
        <w:tblW w:w="0" w:type="auto"/>
        <w:jc w:val="center"/>
        <w:tblLook w:val="04A0" w:firstRow="1" w:lastRow="0" w:firstColumn="1" w:lastColumn="0" w:noHBand="0" w:noVBand="1"/>
      </w:tblPr>
      <w:tblGrid>
        <w:gridCol w:w="4885"/>
        <w:gridCol w:w="8640"/>
      </w:tblGrid>
      <w:tr w:rsidR="000E0799" w:rsidRPr="00331AEB" w14:paraId="2E62F9DE" w14:textId="77777777" w:rsidTr="00331AEB">
        <w:trPr>
          <w:jc w:val="center"/>
        </w:trPr>
        <w:tc>
          <w:tcPr>
            <w:tcW w:w="4885" w:type="dxa"/>
            <w:tcBorders>
              <w:top w:val="single" w:sz="4" w:space="0" w:color="CCCCCC"/>
              <w:left w:val="single" w:sz="4" w:space="0" w:color="CCCCCC"/>
              <w:bottom w:val="single" w:sz="4" w:space="0" w:color="CCCCCC"/>
              <w:right w:val="single" w:sz="4" w:space="0" w:color="CCCCCC"/>
            </w:tcBorders>
            <w:shd w:val="clear" w:color="auto" w:fill="F0F4F8"/>
            <w:tcMar>
              <w:top w:w="60" w:type="dxa"/>
              <w:left w:w="100" w:type="dxa"/>
              <w:bottom w:w="60" w:type="dxa"/>
              <w:right w:w="100" w:type="dxa"/>
            </w:tcMar>
          </w:tcPr>
          <w:p w14:paraId="245F3479" w14:textId="77777777" w:rsidR="000E0799" w:rsidRPr="00331AEB" w:rsidRDefault="00000000">
            <w:pPr>
              <w:spacing w:after="0"/>
              <w:rPr>
                <w:rFonts w:ascii="Lato" w:hAnsi="Lato"/>
                <w:sz w:val="28"/>
                <w:szCs w:val="28"/>
              </w:rPr>
            </w:pPr>
            <w:r w:rsidRPr="00331AEB">
              <w:rPr>
                <w:rFonts w:ascii="Lato" w:hAnsi="Lato"/>
                <w:b/>
                <w:color w:val="005A9C"/>
                <w:sz w:val="28"/>
                <w:szCs w:val="28"/>
              </w:rPr>
              <w:t>Date &amp; Time:</w:t>
            </w:r>
          </w:p>
        </w:tc>
        <w:tc>
          <w:tcPr>
            <w:tcW w:w="864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00" w:type="dxa"/>
              <w:bottom w:w="60" w:type="dxa"/>
              <w:right w:w="100" w:type="dxa"/>
            </w:tcMar>
          </w:tcPr>
          <w:p w14:paraId="736CC232" w14:textId="77777777" w:rsidR="000E0799" w:rsidRPr="00331AEB" w:rsidRDefault="00000000">
            <w:pPr>
              <w:spacing w:after="0"/>
              <w:rPr>
                <w:rFonts w:ascii="Lato" w:hAnsi="Lato"/>
                <w:sz w:val="28"/>
                <w:szCs w:val="28"/>
              </w:rPr>
            </w:pPr>
            <w:r w:rsidRPr="00331AEB">
              <w:rPr>
                <w:rFonts w:ascii="Lato" w:hAnsi="Lato"/>
                <w:sz w:val="28"/>
                <w:szCs w:val="28"/>
              </w:rPr>
              <w:fldChar w:fldCharType="begin">
                <w:ffData>
                  <w:name w:val="fld_date_time"/>
                  <w:enabled/>
                  <w:calcOnExit w:val="0"/>
                  <w:textInput/>
                </w:ffData>
              </w:fldChar>
            </w:r>
            <w:r w:rsidRPr="00331AEB">
              <w:rPr>
                <w:rFonts w:ascii="Lato" w:hAnsi="Lato"/>
                <w:sz w:val="28"/>
                <w:szCs w:val="28"/>
              </w:rPr>
              <w:instrText xml:space="preserve"> FORMTEXT </w:instrText>
            </w:r>
            <w:r w:rsidRPr="00331AEB">
              <w:rPr>
                <w:rFonts w:ascii="Lato" w:hAnsi="Lato"/>
                <w:sz w:val="28"/>
                <w:szCs w:val="28"/>
              </w:rPr>
            </w:r>
            <w:r w:rsidRPr="00331AEB">
              <w:rPr>
                <w:rFonts w:ascii="Lato" w:hAnsi="Lato"/>
                <w:sz w:val="28"/>
                <w:szCs w:val="28"/>
              </w:rPr>
              <w:fldChar w:fldCharType="separate"/>
            </w:r>
            <w:r w:rsidRPr="00331AEB">
              <w:rPr>
                <w:rFonts w:ascii="Lato" w:hAnsi="Lato"/>
                <w:i/>
                <w:color w:val="445354"/>
                <w:sz w:val="28"/>
                <w:szCs w:val="28"/>
              </w:rPr>
              <w:t>Click here to enter date &amp; time</w:t>
            </w:r>
            <w:r w:rsidRPr="00331AEB">
              <w:rPr>
                <w:rFonts w:ascii="Lato" w:hAnsi="Lato"/>
                <w:sz w:val="28"/>
                <w:szCs w:val="28"/>
              </w:rPr>
              <w:fldChar w:fldCharType="end"/>
            </w:r>
          </w:p>
        </w:tc>
      </w:tr>
      <w:tr w:rsidR="000E0799" w:rsidRPr="00331AEB" w14:paraId="5DDC3361" w14:textId="77777777" w:rsidTr="00331AEB">
        <w:trPr>
          <w:jc w:val="center"/>
        </w:trPr>
        <w:tc>
          <w:tcPr>
            <w:tcW w:w="4885" w:type="dxa"/>
            <w:tcBorders>
              <w:top w:val="single" w:sz="4" w:space="0" w:color="CCCCCC"/>
              <w:left w:val="single" w:sz="4" w:space="0" w:color="CCCCCC"/>
              <w:bottom w:val="single" w:sz="4" w:space="0" w:color="CCCCCC"/>
              <w:right w:val="single" w:sz="4" w:space="0" w:color="CCCCCC"/>
            </w:tcBorders>
            <w:shd w:val="clear" w:color="auto" w:fill="F0F4F8"/>
            <w:tcMar>
              <w:top w:w="60" w:type="dxa"/>
              <w:left w:w="100" w:type="dxa"/>
              <w:bottom w:w="60" w:type="dxa"/>
              <w:right w:w="100" w:type="dxa"/>
            </w:tcMar>
          </w:tcPr>
          <w:p w14:paraId="26187D50" w14:textId="77777777" w:rsidR="000E0799" w:rsidRPr="00331AEB" w:rsidRDefault="00000000">
            <w:pPr>
              <w:spacing w:after="0"/>
              <w:rPr>
                <w:rFonts w:ascii="Lato" w:hAnsi="Lato"/>
                <w:sz w:val="28"/>
                <w:szCs w:val="28"/>
              </w:rPr>
            </w:pPr>
            <w:r w:rsidRPr="00331AEB">
              <w:rPr>
                <w:rFonts w:ascii="Lato" w:hAnsi="Lato"/>
                <w:b/>
                <w:color w:val="005A9C"/>
                <w:sz w:val="28"/>
                <w:szCs w:val="28"/>
              </w:rPr>
              <w:t>Location / Link:</w:t>
            </w:r>
          </w:p>
        </w:tc>
        <w:tc>
          <w:tcPr>
            <w:tcW w:w="864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00" w:type="dxa"/>
              <w:bottom w:w="60" w:type="dxa"/>
              <w:right w:w="100" w:type="dxa"/>
            </w:tcMar>
          </w:tcPr>
          <w:p w14:paraId="148C1A5E" w14:textId="77777777" w:rsidR="000E0799" w:rsidRPr="00331AEB" w:rsidRDefault="00000000">
            <w:pPr>
              <w:spacing w:after="0"/>
              <w:rPr>
                <w:rFonts w:ascii="Lato" w:hAnsi="Lato"/>
                <w:sz w:val="28"/>
                <w:szCs w:val="28"/>
              </w:rPr>
            </w:pPr>
            <w:r w:rsidRPr="00331AEB">
              <w:rPr>
                <w:rFonts w:ascii="Lato" w:hAnsi="Lato"/>
                <w:sz w:val="28"/>
                <w:szCs w:val="28"/>
              </w:rPr>
              <w:fldChar w:fldCharType="begin">
                <w:ffData>
                  <w:name w:val="fld_location"/>
                  <w:enabled/>
                  <w:calcOnExit w:val="0"/>
                  <w:textInput/>
                </w:ffData>
              </w:fldChar>
            </w:r>
            <w:r w:rsidRPr="00331AEB">
              <w:rPr>
                <w:rFonts w:ascii="Lato" w:hAnsi="Lato"/>
                <w:sz w:val="28"/>
                <w:szCs w:val="28"/>
              </w:rPr>
              <w:instrText xml:space="preserve"> FORMTEXT </w:instrText>
            </w:r>
            <w:r w:rsidRPr="00331AEB">
              <w:rPr>
                <w:rFonts w:ascii="Lato" w:hAnsi="Lato"/>
                <w:sz w:val="28"/>
                <w:szCs w:val="28"/>
              </w:rPr>
            </w:r>
            <w:r w:rsidRPr="00331AEB">
              <w:rPr>
                <w:rFonts w:ascii="Lato" w:hAnsi="Lato"/>
                <w:sz w:val="28"/>
                <w:szCs w:val="28"/>
              </w:rPr>
              <w:fldChar w:fldCharType="separate"/>
            </w:r>
            <w:r w:rsidRPr="00331AEB">
              <w:rPr>
                <w:rFonts w:ascii="Lato" w:hAnsi="Lato"/>
                <w:i/>
                <w:sz w:val="28"/>
                <w:szCs w:val="28"/>
              </w:rPr>
              <w:t>Click here to enter location or link</w:t>
            </w:r>
            <w:r w:rsidRPr="00331AEB">
              <w:rPr>
                <w:rFonts w:ascii="Lato" w:hAnsi="Lato"/>
                <w:sz w:val="28"/>
                <w:szCs w:val="28"/>
              </w:rPr>
              <w:fldChar w:fldCharType="end"/>
            </w:r>
          </w:p>
        </w:tc>
      </w:tr>
      <w:tr w:rsidR="000E0799" w:rsidRPr="00331AEB" w14:paraId="7424EF6B" w14:textId="77777777" w:rsidTr="00331AEB">
        <w:trPr>
          <w:jc w:val="center"/>
        </w:trPr>
        <w:tc>
          <w:tcPr>
            <w:tcW w:w="4885" w:type="dxa"/>
            <w:tcBorders>
              <w:top w:val="single" w:sz="4" w:space="0" w:color="CCCCCC"/>
              <w:left w:val="single" w:sz="4" w:space="0" w:color="CCCCCC"/>
              <w:bottom w:val="single" w:sz="4" w:space="0" w:color="CCCCCC"/>
              <w:right w:val="single" w:sz="4" w:space="0" w:color="CCCCCC"/>
            </w:tcBorders>
            <w:shd w:val="clear" w:color="auto" w:fill="F0F4F8"/>
            <w:tcMar>
              <w:top w:w="60" w:type="dxa"/>
              <w:left w:w="100" w:type="dxa"/>
              <w:bottom w:w="60" w:type="dxa"/>
              <w:right w:w="100" w:type="dxa"/>
            </w:tcMar>
          </w:tcPr>
          <w:p w14:paraId="63AC0905" w14:textId="77777777" w:rsidR="000E0799" w:rsidRPr="00331AEB" w:rsidRDefault="00000000">
            <w:pPr>
              <w:spacing w:after="0"/>
              <w:rPr>
                <w:rFonts w:ascii="Lato" w:hAnsi="Lato"/>
                <w:sz w:val="28"/>
                <w:szCs w:val="28"/>
              </w:rPr>
            </w:pPr>
            <w:r w:rsidRPr="00331AEB">
              <w:rPr>
                <w:rFonts w:ascii="Lato" w:hAnsi="Lato"/>
                <w:b/>
                <w:color w:val="005A9C"/>
                <w:sz w:val="28"/>
                <w:szCs w:val="28"/>
              </w:rPr>
              <w:t>Attendees:</w:t>
            </w:r>
          </w:p>
        </w:tc>
        <w:tc>
          <w:tcPr>
            <w:tcW w:w="864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00" w:type="dxa"/>
              <w:bottom w:w="60" w:type="dxa"/>
              <w:right w:w="100" w:type="dxa"/>
            </w:tcMar>
          </w:tcPr>
          <w:p w14:paraId="59E2FD86" w14:textId="77777777" w:rsidR="000E0799" w:rsidRPr="00331AEB" w:rsidRDefault="00000000">
            <w:pPr>
              <w:spacing w:after="0"/>
              <w:rPr>
                <w:rFonts w:ascii="Lato" w:hAnsi="Lato"/>
                <w:sz w:val="28"/>
                <w:szCs w:val="28"/>
              </w:rPr>
            </w:pPr>
            <w:r w:rsidRPr="00331AEB">
              <w:rPr>
                <w:rFonts w:ascii="Lato" w:hAnsi="Lato"/>
                <w:sz w:val="28"/>
                <w:szCs w:val="28"/>
              </w:rPr>
              <w:fldChar w:fldCharType="begin">
                <w:ffData>
                  <w:name w:val="fld_attendees"/>
                  <w:enabled/>
                  <w:calcOnExit w:val="0"/>
                  <w:textInput/>
                </w:ffData>
              </w:fldChar>
            </w:r>
            <w:r w:rsidRPr="00331AEB">
              <w:rPr>
                <w:rFonts w:ascii="Lato" w:hAnsi="Lato"/>
                <w:sz w:val="28"/>
                <w:szCs w:val="28"/>
              </w:rPr>
              <w:instrText xml:space="preserve"> FORMTEXT </w:instrText>
            </w:r>
            <w:r w:rsidRPr="00331AEB">
              <w:rPr>
                <w:rFonts w:ascii="Lato" w:hAnsi="Lato"/>
                <w:sz w:val="28"/>
                <w:szCs w:val="28"/>
              </w:rPr>
            </w:r>
            <w:r w:rsidRPr="00331AEB">
              <w:rPr>
                <w:rFonts w:ascii="Lato" w:hAnsi="Lato"/>
                <w:sz w:val="28"/>
                <w:szCs w:val="28"/>
              </w:rPr>
              <w:fldChar w:fldCharType="separate"/>
            </w:r>
            <w:r w:rsidRPr="00331AEB">
              <w:rPr>
                <w:rFonts w:ascii="Lato" w:hAnsi="Lato"/>
                <w:i/>
                <w:sz w:val="28"/>
                <w:szCs w:val="28"/>
              </w:rPr>
              <w:t>Click here to enter attendees / agencies represented</w:t>
            </w:r>
            <w:r w:rsidRPr="00331AEB">
              <w:rPr>
                <w:rFonts w:ascii="Lato" w:hAnsi="Lato"/>
                <w:sz w:val="28"/>
                <w:szCs w:val="28"/>
              </w:rPr>
              <w:fldChar w:fldCharType="end"/>
            </w:r>
          </w:p>
        </w:tc>
      </w:tr>
    </w:tbl>
    <w:p w14:paraId="4801D1BC" w14:textId="77777777" w:rsidR="000E0799" w:rsidRPr="00331AEB" w:rsidRDefault="000E0799">
      <w:pPr>
        <w:spacing w:before="160" w:after="80"/>
        <w:rPr>
          <w:rFonts w:ascii="Lato" w:hAnsi="Lato"/>
          <w:sz w:val="28"/>
          <w:szCs w:val="28"/>
        </w:rPr>
      </w:pPr>
    </w:p>
    <w:p w14:paraId="08D7E880" w14:textId="77777777" w:rsidR="000E0799" w:rsidRPr="00331AEB" w:rsidRDefault="00000000" w:rsidP="004F3FA4">
      <w:pPr>
        <w:spacing w:after="80"/>
        <w:rPr>
          <w:rFonts w:ascii="Lato" w:hAnsi="Lato"/>
          <w:sz w:val="28"/>
          <w:szCs w:val="28"/>
        </w:rPr>
      </w:pPr>
      <w:r w:rsidRPr="00331AEB">
        <w:rPr>
          <w:rFonts w:ascii="Lato" w:hAnsi="Lato"/>
          <w:b/>
          <w:color w:val="005A9C"/>
          <w:sz w:val="28"/>
          <w:szCs w:val="28"/>
        </w:rPr>
        <w:t>1. Co-Created Partner Inputs (Pre-Meeting Pulse Survey &amp; Subcommittee Feedback)</w:t>
      </w:r>
    </w:p>
    <w:tbl>
      <w:tblPr>
        <w:tblW w:w="0" w:type="auto"/>
        <w:jc w:val="center"/>
        <w:tblLook w:val="04A0" w:firstRow="1" w:lastRow="0" w:firstColumn="1" w:lastColumn="0" w:noHBand="0" w:noVBand="1"/>
      </w:tblPr>
      <w:tblGrid>
        <w:gridCol w:w="13547"/>
      </w:tblGrid>
      <w:tr w:rsidR="000E0799" w:rsidRPr="00331AEB" w14:paraId="6DDCD67D" w14:textId="77777777" w:rsidTr="00331AEB">
        <w:trPr>
          <w:jc w:val="center"/>
        </w:trPr>
        <w:tc>
          <w:tcPr>
            <w:tcW w:w="13547" w:type="dxa"/>
            <w:tcBorders>
              <w:top w:val="single" w:sz="8" w:space="0" w:color="005A9C"/>
              <w:left w:val="single" w:sz="8" w:space="0" w:color="005A9C"/>
              <w:bottom w:val="single" w:sz="8" w:space="0" w:color="005A9C"/>
              <w:right w:val="single" w:sz="8" w:space="0" w:color="005A9C"/>
            </w:tcBorders>
            <w:shd w:val="clear" w:color="auto" w:fill="F9FAFC"/>
            <w:tcMar>
              <w:top w:w="80" w:type="dxa"/>
              <w:left w:w="120" w:type="dxa"/>
              <w:bottom w:w="80" w:type="dxa"/>
              <w:right w:w="120" w:type="dxa"/>
            </w:tcMar>
          </w:tcPr>
          <w:p w14:paraId="5DFF29C0" w14:textId="77777777" w:rsidR="000E0799" w:rsidRPr="00331AEB" w:rsidRDefault="00000000">
            <w:pPr>
              <w:spacing w:after="80"/>
              <w:rPr>
                <w:rFonts w:ascii="Lato" w:hAnsi="Lato"/>
                <w:sz w:val="28"/>
                <w:szCs w:val="28"/>
              </w:rPr>
            </w:pPr>
            <w:r w:rsidRPr="00331AEB">
              <w:rPr>
                <w:rFonts w:ascii="Lato" w:hAnsi="Lato"/>
                <w:b/>
                <w:color w:val="005A9C"/>
                <w:sz w:val="28"/>
                <w:szCs w:val="28"/>
              </w:rPr>
              <w:t>Inputs Gathered Prior to Meeting:</w:t>
            </w:r>
          </w:p>
          <w:p w14:paraId="20F18DE2" w14:textId="77777777" w:rsidR="000E0799" w:rsidRPr="00331AEB" w:rsidRDefault="00000000">
            <w:pPr>
              <w:spacing w:before="40" w:after="40"/>
              <w:rPr>
                <w:rFonts w:ascii="Lato" w:hAnsi="Lato"/>
                <w:sz w:val="28"/>
                <w:szCs w:val="28"/>
              </w:rPr>
            </w:pPr>
            <w:r w:rsidRPr="00331AEB">
              <w:rPr>
                <w:rFonts w:ascii="Lato" w:hAnsi="Lato"/>
                <w:sz w:val="28"/>
                <w:szCs w:val="28"/>
              </w:rPr>
              <w:fldChar w:fldCharType="begin">
                <w:ffData>
                  <w:name w:val="fld_partner_inputs"/>
                  <w:enabled/>
                  <w:calcOnExit w:val="0"/>
                  <w:textInput/>
                </w:ffData>
              </w:fldChar>
            </w:r>
            <w:r w:rsidRPr="00331AEB">
              <w:rPr>
                <w:rFonts w:ascii="Lato" w:hAnsi="Lato"/>
                <w:sz w:val="28"/>
                <w:szCs w:val="28"/>
              </w:rPr>
              <w:instrText xml:space="preserve"> FORMTEXT </w:instrText>
            </w:r>
            <w:r w:rsidRPr="00331AEB">
              <w:rPr>
                <w:rFonts w:ascii="Lato" w:hAnsi="Lato"/>
                <w:sz w:val="28"/>
                <w:szCs w:val="28"/>
              </w:rPr>
            </w:r>
            <w:r w:rsidRPr="00331AEB">
              <w:rPr>
                <w:rFonts w:ascii="Lato" w:hAnsi="Lato"/>
                <w:sz w:val="28"/>
                <w:szCs w:val="28"/>
              </w:rPr>
              <w:fldChar w:fldCharType="separate"/>
            </w:r>
            <w:r w:rsidRPr="00331AEB">
              <w:rPr>
                <w:rFonts w:ascii="Lato" w:hAnsi="Lato"/>
                <w:i/>
                <w:sz w:val="28"/>
                <w:szCs w:val="28"/>
              </w:rPr>
              <w:t>Click here to enter partner survey feedback &amp; subcommittee inputs</w:t>
            </w:r>
            <w:r w:rsidRPr="00331AEB">
              <w:rPr>
                <w:rFonts w:ascii="Lato" w:hAnsi="Lato"/>
                <w:sz w:val="28"/>
                <w:szCs w:val="28"/>
              </w:rPr>
              <w:fldChar w:fldCharType="end"/>
            </w:r>
          </w:p>
        </w:tc>
      </w:tr>
    </w:tbl>
    <w:p w14:paraId="4C1D6CE0" w14:textId="77777777" w:rsidR="000E0799" w:rsidRPr="00331AEB" w:rsidRDefault="000E0799" w:rsidP="004F3FA4">
      <w:pPr>
        <w:spacing w:after="80"/>
        <w:rPr>
          <w:rFonts w:ascii="Lato" w:hAnsi="Lato"/>
          <w:sz w:val="28"/>
          <w:szCs w:val="28"/>
        </w:rPr>
      </w:pPr>
    </w:p>
    <w:p w14:paraId="1FE6A3C5" w14:textId="77777777" w:rsidR="000E0799" w:rsidRPr="00331AEB" w:rsidRDefault="00000000">
      <w:pPr>
        <w:spacing w:before="80" w:after="80"/>
        <w:rPr>
          <w:rFonts w:ascii="Lato" w:hAnsi="Lato"/>
          <w:sz w:val="28"/>
          <w:szCs w:val="28"/>
        </w:rPr>
      </w:pPr>
      <w:r w:rsidRPr="00331AEB">
        <w:rPr>
          <w:rFonts w:ascii="Lato" w:hAnsi="Lato"/>
          <w:b/>
          <w:color w:val="005A9C"/>
          <w:sz w:val="28"/>
          <w:szCs w:val="28"/>
        </w:rPr>
        <w:t>2. Purpose-Driven Transition Agenda</w:t>
      </w:r>
    </w:p>
    <w:tbl>
      <w:tblPr>
        <w:tblW w:w="0" w:type="auto"/>
        <w:jc w:val="center"/>
        <w:tblLook w:val="04A0" w:firstRow="1" w:lastRow="0" w:firstColumn="1" w:lastColumn="0" w:noHBand="0" w:noVBand="1"/>
      </w:tblPr>
      <w:tblGrid>
        <w:gridCol w:w="3127"/>
        <w:gridCol w:w="3060"/>
        <w:gridCol w:w="2070"/>
        <w:gridCol w:w="5290"/>
      </w:tblGrid>
      <w:tr w:rsidR="000E0799" w:rsidRPr="00331AEB" w14:paraId="52F98B1E" w14:textId="77777777" w:rsidTr="00331AEB">
        <w:trPr>
          <w:jc w:val="center"/>
        </w:trPr>
        <w:tc>
          <w:tcPr>
            <w:tcW w:w="3127" w:type="dxa"/>
            <w:shd w:val="clear" w:color="auto" w:fill="005A9C"/>
            <w:tcMar>
              <w:top w:w="80" w:type="dxa"/>
              <w:left w:w="80" w:type="dxa"/>
              <w:bottom w:w="80" w:type="dxa"/>
              <w:right w:w="80" w:type="dxa"/>
            </w:tcMar>
          </w:tcPr>
          <w:p w14:paraId="6E258099" w14:textId="77777777" w:rsidR="000E0799" w:rsidRPr="00331AEB" w:rsidRDefault="00000000">
            <w:pPr>
              <w:spacing w:after="0"/>
              <w:rPr>
                <w:rFonts w:ascii="Lato" w:hAnsi="Lato"/>
                <w:sz w:val="28"/>
                <w:szCs w:val="28"/>
              </w:rPr>
            </w:pPr>
            <w:r w:rsidRPr="00331AEB">
              <w:rPr>
                <w:rFonts w:ascii="Lato" w:hAnsi="Lato"/>
                <w:b/>
                <w:color w:val="FFFFFF"/>
                <w:sz w:val="28"/>
                <w:szCs w:val="28"/>
              </w:rPr>
              <w:t>Time &amp; Duration</w:t>
            </w:r>
          </w:p>
        </w:tc>
        <w:tc>
          <w:tcPr>
            <w:tcW w:w="3060" w:type="dxa"/>
            <w:shd w:val="clear" w:color="auto" w:fill="005A9C"/>
            <w:tcMar>
              <w:top w:w="80" w:type="dxa"/>
              <w:left w:w="80" w:type="dxa"/>
              <w:bottom w:w="80" w:type="dxa"/>
              <w:right w:w="80" w:type="dxa"/>
            </w:tcMar>
          </w:tcPr>
          <w:p w14:paraId="2FC36B17" w14:textId="77777777" w:rsidR="000E0799" w:rsidRPr="00331AEB" w:rsidRDefault="00000000">
            <w:pPr>
              <w:spacing w:after="0"/>
              <w:rPr>
                <w:rFonts w:ascii="Lato" w:hAnsi="Lato"/>
                <w:sz w:val="28"/>
                <w:szCs w:val="28"/>
              </w:rPr>
            </w:pPr>
            <w:r w:rsidRPr="00331AEB">
              <w:rPr>
                <w:rFonts w:ascii="Lato" w:hAnsi="Lato"/>
                <w:b/>
                <w:color w:val="FFFFFF"/>
                <w:sz w:val="28"/>
                <w:szCs w:val="28"/>
              </w:rPr>
              <w:t>Topic &amp; Lead Partner</w:t>
            </w:r>
          </w:p>
        </w:tc>
        <w:tc>
          <w:tcPr>
            <w:tcW w:w="2070" w:type="dxa"/>
            <w:shd w:val="clear" w:color="auto" w:fill="005A9C"/>
            <w:tcMar>
              <w:top w:w="80" w:type="dxa"/>
              <w:left w:w="80" w:type="dxa"/>
              <w:bottom w:w="80" w:type="dxa"/>
              <w:right w:w="80" w:type="dxa"/>
            </w:tcMar>
          </w:tcPr>
          <w:p w14:paraId="76F00E6B" w14:textId="77777777" w:rsidR="000E0799" w:rsidRPr="00331AEB" w:rsidRDefault="00000000">
            <w:pPr>
              <w:spacing w:after="0"/>
              <w:rPr>
                <w:rFonts w:ascii="Lato" w:hAnsi="Lato"/>
                <w:sz w:val="28"/>
                <w:szCs w:val="28"/>
              </w:rPr>
            </w:pPr>
            <w:r w:rsidRPr="00331AEB">
              <w:rPr>
                <w:rFonts w:ascii="Lato" w:hAnsi="Lato"/>
                <w:b/>
                <w:color w:val="FFFFFF"/>
                <w:sz w:val="28"/>
                <w:szCs w:val="28"/>
              </w:rPr>
              <w:t>Classification</w:t>
            </w:r>
          </w:p>
        </w:tc>
        <w:tc>
          <w:tcPr>
            <w:tcW w:w="5290" w:type="dxa"/>
            <w:shd w:val="clear" w:color="auto" w:fill="005A9C"/>
            <w:tcMar>
              <w:top w:w="80" w:type="dxa"/>
              <w:left w:w="80" w:type="dxa"/>
              <w:bottom w:w="80" w:type="dxa"/>
              <w:right w:w="80" w:type="dxa"/>
            </w:tcMar>
          </w:tcPr>
          <w:p w14:paraId="7266207F" w14:textId="77777777" w:rsidR="000E0799" w:rsidRPr="00331AEB" w:rsidRDefault="00000000">
            <w:pPr>
              <w:spacing w:after="0"/>
              <w:rPr>
                <w:rFonts w:ascii="Lato" w:hAnsi="Lato"/>
                <w:sz w:val="28"/>
                <w:szCs w:val="28"/>
              </w:rPr>
            </w:pPr>
            <w:r w:rsidRPr="00331AEB">
              <w:rPr>
                <w:rFonts w:ascii="Lato" w:hAnsi="Lato"/>
                <w:b/>
                <w:color w:val="FFFFFF"/>
                <w:sz w:val="28"/>
                <w:szCs w:val="28"/>
              </w:rPr>
              <w:t>Stated Purpose, Desired Outcome &amp; Prep</w:t>
            </w:r>
          </w:p>
        </w:tc>
      </w:tr>
      <w:tr w:rsidR="000E0799" w:rsidRPr="00331AEB" w14:paraId="43159B68" w14:textId="77777777" w:rsidTr="00331AEB">
        <w:trPr>
          <w:jc w:val="center"/>
        </w:trPr>
        <w:tc>
          <w:tcPr>
            <w:tcW w:w="3127" w:type="dxa"/>
            <w:tcBorders>
              <w:top w:val="single" w:sz="4" w:space="0" w:color="CCCCCC"/>
              <w:left w:val="single" w:sz="4" w:space="0" w:color="CCCCCC"/>
              <w:bottom w:val="single" w:sz="4" w:space="0" w:color="CCCCCC"/>
              <w:right w:val="single" w:sz="4" w:space="0" w:color="CCCCCC"/>
            </w:tcBorders>
            <w:shd w:val="clear" w:color="auto" w:fill="F9FAFC"/>
            <w:tcMar>
              <w:top w:w="60" w:type="dxa"/>
              <w:left w:w="80" w:type="dxa"/>
              <w:bottom w:w="60" w:type="dxa"/>
              <w:right w:w="80" w:type="dxa"/>
            </w:tcMar>
          </w:tcPr>
          <w:p w14:paraId="4A5AD5CA" w14:textId="77777777" w:rsidR="000E0799" w:rsidRPr="00331AEB" w:rsidRDefault="00000000">
            <w:pPr>
              <w:spacing w:after="0"/>
              <w:rPr>
                <w:rFonts w:ascii="Lato" w:hAnsi="Lato"/>
                <w:sz w:val="28"/>
                <w:szCs w:val="28"/>
              </w:rPr>
            </w:pPr>
            <w:r w:rsidRPr="00331AEB">
              <w:rPr>
                <w:rFonts w:ascii="Lato" w:hAnsi="Lato"/>
                <w:sz w:val="28"/>
                <w:szCs w:val="28"/>
              </w:rPr>
              <w:fldChar w:fldCharType="begin">
                <w:ffData>
                  <w:name w:val="ag_row_1_col_0"/>
                  <w:enabled/>
                  <w:calcOnExit w:val="0"/>
                  <w:textInput/>
                </w:ffData>
              </w:fldChar>
            </w:r>
            <w:r w:rsidRPr="00331AEB">
              <w:rPr>
                <w:rFonts w:ascii="Lato" w:hAnsi="Lato"/>
                <w:sz w:val="28"/>
                <w:szCs w:val="28"/>
              </w:rPr>
              <w:instrText xml:space="preserve"> FORMTEXT </w:instrText>
            </w:r>
            <w:r w:rsidRPr="00331AEB">
              <w:rPr>
                <w:rFonts w:ascii="Lato" w:hAnsi="Lato"/>
                <w:sz w:val="28"/>
                <w:szCs w:val="28"/>
              </w:rPr>
            </w:r>
            <w:r w:rsidRPr="00331AEB">
              <w:rPr>
                <w:rFonts w:ascii="Lato" w:hAnsi="Lato"/>
                <w:sz w:val="28"/>
                <w:szCs w:val="28"/>
              </w:rPr>
              <w:fldChar w:fldCharType="separate"/>
            </w:r>
            <w:r w:rsidRPr="00331AEB">
              <w:rPr>
                <w:rFonts w:ascii="Lato" w:hAnsi="Lato"/>
                <w:i/>
                <w:sz w:val="28"/>
                <w:szCs w:val="28"/>
              </w:rPr>
              <w:t>Click here to enter time</w:t>
            </w:r>
            <w:r w:rsidRPr="00331AEB">
              <w:rPr>
                <w:rFonts w:ascii="Lato" w:hAnsi="Lato"/>
                <w:sz w:val="28"/>
                <w:szCs w:val="28"/>
              </w:rPr>
              <w:fldChar w:fldCharType="end"/>
            </w:r>
          </w:p>
        </w:tc>
        <w:tc>
          <w:tcPr>
            <w:tcW w:w="3060" w:type="dxa"/>
            <w:tcBorders>
              <w:top w:val="single" w:sz="4" w:space="0" w:color="CCCCCC"/>
              <w:left w:val="single" w:sz="4" w:space="0" w:color="CCCCCC"/>
              <w:bottom w:val="single" w:sz="4" w:space="0" w:color="CCCCCC"/>
              <w:right w:val="single" w:sz="4" w:space="0" w:color="CCCCCC"/>
            </w:tcBorders>
            <w:shd w:val="clear" w:color="auto" w:fill="F9FAFC"/>
            <w:tcMar>
              <w:top w:w="60" w:type="dxa"/>
              <w:left w:w="80" w:type="dxa"/>
              <w:bottom w:w="60" w:type="dxa"/>
              <w:right w:w="80" w:type="dxa"/>
            </w:tcMar>
          </w:tcPr>
          <w:p w14:paraId="19C882B2" w14:textId="77777777" w:rsidR="000E0799" w:rsidRPr="00331AEB" w:rsidRDefault="00000000">
            <w:pPr>
              <w:spacing w:after="0"/>
              <w:rPr>
                <w:rFonts w:ascii="Lato" w:hAnsi="Lato"/>
                <w:sz w:val="28"/>
                <w:szCs w:val="28"/>
              </w:rPr>
            </w:pPr>
            <w:r w:rsidRPr="00331AEB">
              <w:rPr>
                <w:rFonts w:ascii="Lato" w:hAnsi="Lato"/>
                <w:sz w:val="28"/>
                <w:szCs w:val="28"/>
              </w:rPr>
              <w:fldChar w:fldCharType="begin">
                <w:ffData>
                  <w:name w:val="ag_row_1_col_1"/>
                  <w:enabled/>
                  <w:calcOnExit w:val="0"/>
                  <w:textInput/>
                </w:ffData>
              </w:fldChar>
            </w:r>
            <w:r w:rsidRPr="00331AEB">
              <w:rPr>
                <w:rFonts w:ascii="Lato" w:hAnsi="Lato"/>
                <w:sz w:val="28"/>
                <w:szCs w:val="28"/>
              </w:rPr>
              <w:instrText xml:space="preserve"> FORMTEXT </w:instrText>
            </w:r>
            <w:r w:rsidRPr="00331AEB">
              <w:rPr>
                <w:rFonts w:ascii="Lato" w:hAnsi="Lato"/>
                <w:sz w:val="28"/>
                <w:szCs w:val="28"/>
              </w:rPr>
            </w:r>
            <w:r w:rsidRPr="00331AEB">
              <w:rPr>
                <w:rFonts w:ascii="Lato" w:hAnsi="Lato"/>
                <w:sz w:val="28"/>
                <w:szCs w:val="28"/>
              </w:rPr>
              <w:fldChar w:fldCharType="separate"/>
            </w:r>
            <w:r w:rsidRPr="00331AEB">
              <w:rPr>
                <w:rFonts w:ascii="Lato" w:hAnsi="Lato"/>
                <w:i/>
                <w:sz w:val="28"/>
                <w:szCs w:val="28"/>
              </w:rPr>
              <w:t>Click here to enter topic &amp; lead</w:t>
            </w:r>
            <w:r w:rsidRPr="00331AEB">
              <w:rPr>
                <w:rFonts w:ascii="Lato" w:hAnsi="Lato"/>
                <w:sz w:val="28"/>
                <w:szCs w:val="28"/>
              </w:rPr>
              <w:fldChar w:fldCharType="end"/>
            </w:r>
          </w:p>
        </w:tc>
        <w:tc>
          <w:tcPr>
            <w:tcW w:w="2070" w:type="dxa"/>
            <w:tcBorders>
              <w:top w:val="single" w:sz="4" w:space="0" w:color="CCCCCC"/>
              <w:left w:val="single" w:sz="4" w:space="0" w:color="CCCCCC"/>
              <w:bottom w:val="single" w:sz="4" w:space="0" w:color="CCCCCC"/>
              <w:right w:val="single" w:sz="4" w:space="0" w:color="CCCCCC"/>
            </w:tcBorders>
            <w:shd w:val="clear" w:color="auto" w:fill="F9FAFC"/>
            <w:tcMar>
              <w:top w:w="60" w:type="dxa"/>
              <w:left w:w="80" w:type="dxa"/>
              <w:bottom w:w="60" w:type="dxa"/>
              <w:right w:w="80" w:type="dxa"/>
            </w:tcMar>
          </w:tcPr>
          <w:p w14:paraId="3C4AB81D" w14:textId="77777777" w:rsidR="000E0799" w:rsidRPr="00331AEB" w:rsidRDefault="00000000">
            <w:pPr>
              <w:spacing w:after="0"/>
              <w:rPr>
                <w:rFonts w:ascii="Lato" w:hAnsi="Lato"/>
                <w:sz w:val="28"/>
                <w:szCs w:val="28"/>
              </w:rPr>
            </w:pPr>
            <w:r w:rsidRPr="00331AEB">
              <w:rPr>
                <w:rFonts w:ascii="Lato" w:hAnsi="Lato"/>
                <w:sz w:val="28"/>
                <w:szCs w:val="28"/>
              </w:rPr>
              <w:fldChar w:fldCharType="begin">
                <w:ffData>
                  <w:name w:val="ag_row_1_col_2"/>
                  <w:enabled/>
                  <w:calcOnExit w:val="0"/>
                  <w:textInput/>
                </w:ffData>
              </w:fldChar>
            </w:r>
            <w:r w:rsidRPr="00331AEB">
              <w:rPr>
                <w:rFonts w:ascii="Lato" w:hAnsi="Lato"/>
                <w:sz w:val="28"/>
                <w:szCs w:val="28"/>
              </w:rPr>
              <w:instrText xml:space="preserve"> FORMTEXT </w:instrText>
            </w:r>
            <w:r w:rsidRPr="00331AEB">
              <w:rPr>
                <w:rFonts w:ascii="Lato" w:hAnsi="Lato"/>
                <w:sz w:val="28"/>
                <w:szCs w:val="28"/>
              </w:rPr>
            </w:r>
            <w:r w:rsidRPr="00331AEB">
              <w:rPr>
                <w:rFonts w:ascii="Lato" w:hAnsi="Lato"/>
                <w:sz w:val="28"/>
                <w:szCs w:val="28"/>
              </w:rPr>
              <w:fldChar w:fldCharType="separate"/>
            </w:r>
            <w:r w:rsidRPr="00331AEB">
              <w:rPr>
                <w:rFonts w:ascii="Lato" w:hAnsi="Lato"/>
                <w:i/>
                <w:sz w:val="28"/>
                <w:szCs w:val="28"/>
              </w:rPr>
              <w:t>Click here to enter classification</w:t>
            </w:r>
            <w:r w:rsidRPr="00331AEB">
              <w:rPr>
                <w:rFonts w:ascii="Lato" w:hAnsi="Lato"/>
                <w:sz w:val="28"/>
                <w:szCs w:val="28"/>
              </w:rPr>
              <w:fldChar w:fldCharType="end"/>
            </w:r>
          </w:p>
        </w:tc>
        <w:tc>
          <w:tcPr>
            <w:tcW w:w="5290" w:type="dxa"/>
            <w:tcBorders>
              <w:top w:val="single" w:sz="4" w:space="0" w:color="CCCCCC"/>
              <w:left w:val="single" w:sz="4" w:space="0" w:color="CCCCCC"/>
              <w:bottom w:val="single" w:sz="4" w:space="0" w:color="CCCCCC"/>
              <w:right w:val="single" w:sz="4" w:space="0" w:color="CCCCCC"/>
            </w:tcBorders>
            <w:shd w:val="clear" w:color="auto" w:fill="F9FAFC"/>
            <w:tcMar>
              <w:top w:w="60" w:type="dxa"/>
              <w:left w:w="80" w:type="dxa"/>
              <w:bottom w:w="60" w:type="dxa"/>
              <w:right w:w="80" w:type="dxa"/>
            </w:tcMar>
          </w:tcPr>
          <w:p w14:paraId="1985F506" w14:textId="77777777" w:rsidR="000E0799" w:rsidRPr="00331AEB" w:rsidRDefault="00000000">
            <w:pPr>
              <w:spacing w:after="0"/>
              <w:rPr>
                <w:rFonts w:ascii="Lato" w:hAnsi="Lato"/>
                <w:sz w:val="28"/>
                <w:szCs w:val="28"/>
              </w:rPr>
            </w:pPr>
            <w:r w:rsidRPr="00331AEB">
              <w:rPr>
                <w:rFonts w:ascii="Lato" w:hAnsi="Lato"/>
                <w:sz w:val="28"/>
                <w:szCs w:val="28"/>
              </w:rPr>
              <w:fldChar w:fldCharType="begin">
                <w:ffData>
                  <w:name w:val="ag_row_1_col_3"/>
                  <w:enabled/>
                  <w:calcOnExit w:val="0"/>
                  <w:textInput/>
                </w:ffData>
              </w:fldChar>
            </w:r>
            <w:r w:rsidRPr="00331AEB">
              <w:rPr>
                <w:rFonts w:ascii="Lato" w:hAnsi="Lato"/>
                <w:sz w:val="28"/>
                <w:szCs w:val="28"/>
              </w:rPr>
              <w:instrText xml:space="preserve"> FORMTEXT </w:instrText>
            </w:r>
            <w:r w:rsidRPr="00331AEB">
              <w:rPr>
                <w:rFonts w:ascii="Lato" w:hAnsi="Lato"/>
                <w:sz w:val="28"/>
                <w:szCs w:val="28"/>
              </w:rPr>
            </w:r>
            <w:r w:rsidRPr="00331AEB">
              <w:rPr>
                <w:rFonts w:ascii="Lato" w:hAnsi="Lato"/>
                <w:sz w:val="28"/>
                <w:szCs w:val="28"/>
              </w:rPr>
              <w:fldChar w:fldCharType="separate"/>
            </w:r>
            <w:r w:rsidRPr="00331AEB">
              <w:rPr>
                <w:rFonts w:ascii="Lato" w:hAnsi="Lato"/>
                <w:i/>
                <w:sz w:val="28"/>
                <w:szCs w:val="28"/>
              </w:rPr>
              <w:t>Click here to enter purpose, desired outcome &amp; required prep</w:t>
            </w:r>
            <w:r w:rsidRPr="00331AEB">
              <w:rPr>
                <w:rFonts w:ascii="Lato" w:hAnsi="Lato"/>
                <w:sz w:val="28"/>
                <w:szCs w:val="28"/>
              </w:rPr>
              <w:fldChar w:fldCharType="end"/>
            </w:r>
          </w:p>
        </w:tc>
      </w:tr>
      <w:tr w:rsidR="000E0799" w:rsidRPr="00331AEB" w14:paraId="701E1FAC" w14:textId="77777777" w:rsidTr="00331AEB">
        <w:trPr>
          <w:jc w:val="center"/>
        </w:trPr>
        <w:tc>
          <w:tcPr>
            <w:tcW w:w="3127"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2EF7AF69" w14:textId="77777777" w:rsidR="000E0799" w:rsidRPr="00331AEB" w:rsidRDefault="00000000">
            <w:pPr>
              <w:spacing w:after="0"/>
              <w:rPr>
                <w:rFonts w:ascii="Lato" w:hAnsi="Lato"/>
                <w:sz w:val="28"/>
                <w:szCs w:val="28"/>
              </w:rPr>
            </w:pPr>
            <w:r w:rsidRPr="00331AEB">
              <w:rPr>
                <w:rFonts w:ascii="Lato" w:hAnsi="Lato"/>
                <w:sz w:val="28"/>
                <w:szCs w:val="28"/>
              </w:rPr>
              <w:fldChar w:fldCharType="begin">
                <w:ffData>
                  <w:name w:val="ag_row_2_col_0"/>
                  <w:enabled/>
                  <w:calcOnExit w:val="0"/>
                  <w:textInput/>
                </w:ffData>
              </w:fldChar>
            </w:r>
            <w:r w:rsidRPr="00331AEB">
              <w:rPr>
                <w:rFonts w:ascii="Lato" w:hAnsi="Lato"/>
                <w:sz w:val="28"/>
                <w:szCs w:val="28"/>
              </w:rPr>
              <w:instrText xml:space="preserve"> FORMTEXT </w:instrText>
            </w:r>
            <w:r w:rsidRPr="00331AEB">
              <w:rPr>
                <w:rFonts w:ascii="Lato" w:hAnsi="Lato"/>
                <w:sz w:val="28"/>
                <w:szCs w:val="28"/>
              </w:rPr>
            </w:r>
            <w:r w:rsidRPr="00331AEB">
              <w:rPr>
                <w:rFonts w:ascii="Lato" w:hAnsi="Lato"/>
                <w:sz w:val="28"/>
                <w:szCs w:val="28"/>
              </w:rPr>
              <w:fldChar w:fldCharType="separate"/>
            </w:r>
            <w:r w:rsidRPr="00331AEB">
              <w:rPr>
                <w:rFonts w:ascii="Lato" w:hAnsi="Lato"/>
                <w:i/>
                <w:sz w:val="28"/>
                <w:szCs w:val="28"/>
              </w:rPr>
              <w:t>Click here to enter time</w:t>
            </w:r>
            <w:r w:rsidRPr="00331AEB">
              <w:rPr>
                <w:rFonts w:ascii="Lato" w:hAnsi="Lato"/>
                <w:sz w:val="28"/>
                <w:szCs w:val="28"/>
              </w:rPr>
              <w:fldChar w:fldCharType="end"/>
            </w:r>
          </w:p>
        </w:tc>
        <w:tc>
          <w:tcPr>
            <w:tcW w:w="3060"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6F1125AF" w14:textId="77777777" w:rsidR="000E0799" w:rsidRPr="00331AEB" w:rsidRDefault="00000000">
            <w:pPr>
              <w:spacing w:after="0"/>
              <w:rPr>
                <w:rFonts w:ascii="Lato" w:hAnsi="Lato"/>
                <w:sz w:val="28"/>
                <w:szCs w:val="28"/>
              </w:rPr>
            </w:pPr>
            <w:r w:rsidRPr="00331AEB">
              <w:rPr>
                <w:rFonts w:ascii="Lato" w:hAnsi="Lato"/>
                <w:sz w:val="28"/>
                <w:szCs w:val="28"/>
              </w:rPr>
              <w:fldChar w:fldCharType="begin">
                <w:ffData>
                  <w:name w:val="ag_row_2_col_1"/>
                  <w:enabled/>
                  <w:calcOnExit w:val="0"/>
                  <w:textInput/>
                </w:ffData>
              </w:fldChar>
            </w:r>
            <w:r w:rsidRPr="00331AEB">
              <w:rPr>
                <w:rFonts w:ascii="Lato" w:hAnsi="Lato"/>
                <w:sz w:val="28"/>
                <w:szCs w:val="28"/>
              </w:rPr>
              <w:instrText xml:space="preserve"> FORMTEXT </w:instrText>
            </w:r>
            <w:r w:rsidRPr="00331AEB">
              <w:rPr>
                <w:rFonts w:ascii="Lato" w:hAnsi="Lato"/>
                <w:sz w:val="28"/>
                <w:szCs w:val="28"/>
              </w:rPr>
            </w:r>
            <w:r w:rsidRPr="00331AEB">
              <w:rPr>
                <w:rFonts w:ascii="Lato" w:hAnsi="Lato"/>
                <w:sz w:val="28"/>
                <w:szCs w:val="28"/>
              </w:rPr>
              <w:fldChar w:fldCharType="separate"/>
            </w:r>
            <w:r w:rsidRPr="00331AEB">
              <w:rPr>
                <w:rFonts w:ascii="Lato" w:hAnsi="Lato"/>
                <w:i/>
                <w:sz w:val="28"/>
                <w:szCs w:val="28"/>
              </w:rPr>
              <w:t>Click here to enter topic &amp; lead</w:t>
            </w:r>
            <w:r w:rsidRPr="00331AEB">
              <w:rPr>
                <w:rFonts w:ascii="Lato" w:hAnsi="Lato"/>
                <w:sz w:val="28"/>
                <w:szCs w:val="28"/>
              </w:rPr>
              <w:fldChar w:fldCharType="end"/>
            </w:r>
          </w:p>
        </w:tc>
        <w:tc>
          <w:tcPr>
            <w:tcW w:w="2070"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7FDFA2E8" w14:textId="77777777" w:rsidR="000E0799" w:rsidRPr="00331AEB" w:rsidRDefault="00000000">
            <w:pPr>
              <w:spacing w:after="0"/>
              <w:rPr>
                <w:rFonts w:ascii="Lato" w:hAnsi="Lato"/>
                <w:sz w:val="28"/>
                <w:szCs w:val="28"/>
              </w:rPr>
            </w:pPr>
            <w:r w:rsidRPr="00331AEB">
              <w:rPr>
                <w:rFonts w:ascii="Lato" w:hAnsi="Lato"/>
                <w:sz w:val="28"/>
                <w:szCs w:val="28"/>
              </w:rPr>
              <w:fldChar w:fldCharType="begin">
                <w:ffData>
                  <w:name w:val="ag_row_2_col_2"/>
                  <w:enabled/>
                  <w:calcOnExit w:val="0"/>
                  <w:textInput/>
                </w:ffData>
              </w:fldChar>
            </w:r>
            <w:r w:rsidRPr="00331AEB">
              <w:rPr>
                <w:rFonts w:ascii="Lato" w:hAnsi="Lato"/>
                <w:sz w:val="28"/>
                <w:szCs w:val="28"/>
              </w:rPr>
              <w:instrText xml:space="preserve"> FORMTEXT </w:instrText>
            </w:r>
            <w:r w:rsidRPr="00331AEB">
              <w:rPr>
                <w:rFonts w:ascii="Lato" w:hAnsi="Lato"/>
                <w:sz w:val="28"/>
                <w:szCs w:val="28"/>
              </w:rPr>
            </w:r>
            <w:r w:rsidRPr="00331AEB">
              <w:rPr>
                <w:rFonts w:ascii="Lato" w:hAnsi="Lato"/>
                <w:sz w:val="28"/>
                <w:szCs w:val="28"/>
              </w:rPr>
              <w:fldChar w:fldCharType="separate"/>
            </w:r>
            <w:r w:rsidRPr="00331AEB">
              <w:rPr>
                <w:rFonts w:ascii="Lato" w:hAnsi="Lato"/>
                <w:i/>
                <w:sz w:val="28"/>
                <w:szCs w:val="28"/>
              </w:rPr>
              <w:t>Click here to enter classification</w:t>
            </w:r>
            <w:r w:rsidRPr="00331AEB">
              <w:rPr>
                <w:rFonts w:ascii="Lato" w:hAnsi="Lato"/>
                <w:sz w:val="28"/>
                <w:szCs w:val="28"/>
              </w:rPr>
              <w:fldChar w:fldCharType="end"/>
            </w:r>
          </w:p>
        </w:tc>
        <w:tc>
          <w:tcPr>
            <w:tcW w:w="5290"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4179938B" w14:textId="77777777" w:rsidR="000E0799" w:rsidRPr="00331AEB" w:rsidRDefault="00000000">
            <w:pPr>
              <w:spacing w:after="0"/>
              <w:rPr>
                <w:rFonts w:ascii="Lato" w:hAnsi="Lato"/>
                <w:sz w:val="28"/>
                <w:szCs w:val="28"/>
              </w:rPr>
            </w:pPr>
            <w:r w:rsidRPr="00331AEB">
              <w:rPr>
                <w:rFonts w:ascii="Lato" w:hAnsi="Lato"/>
                <w:sz w:val="28"/>
                <w:szCs w:val="28"/>
              </w:rPr>
              <w:fldChar w:fldCharType="begin">
                <w:ffData>
                  <w:name w:val="ag_row_2_col_3"/>
                  <w:enabled/>
                  <w:calcOnExit w:val="0"/>
                  <w:textInput/>
                </w:ffData>
              </w:fldChar>
            </w:r>
            <w:r w:rsidRPr="00331AEB">
              <w:rPr>
                <w:rFonts w:ascii="Lato" w:hAnsi="Lato"/>
                <w:sz w:val="28"/>
                <w:szCs w:val="28"/>
              </w:rPr>
              <w:instrText xml:space="preserve"> FORMTEXT </w:instrText>
            </w:r>
            <w:r w:rsidRPr="00331AEB">
              <w:rPr>
                <w:rFonts w:ascii="Lato" w:hAnsi="Lato"/>
                <w:sz w:val="28"/>
                <w:szCs w:val="28"/>
              </w:rPr>
            </w:r>
            <w:r w:rsidRPr="00331AEB">
              <w:rPr>
                <w:rFonts w:ascii="Lato" w:hAnsi="Lato"/>
                <w:sz w:val="28"/>
                <w:szCs w:val="28"/>
              </w:rPr>
              <w:fldChar w:fldCharType="separate"/>
            </w:r>
            <w:r w:rsidRPr="00331AEB">
              <w:rPr>
                <w:rFonts w:ascii="Lato" w:hAnsi="Lato"/>
                <w:i/>
                <w:sz w:val="28"/>
                <w:szCs w:val="28"/>
              </w:rPr>
              <w:t>Click here to enter purpose, desired outcome &amp; required prep</w:t>
            </w:r>
            <w:r w:rsidRPr="00331AEB">
              <w:rPr>
                <w:rFonts w:ascii="Lato" w:hAnsi="Lato"/>
                <w:sz w:val="28"/>
                <w:szCs w:val="28"/>
              </w:rPr>
              <w:fldChar w:fldCharType="end"/>
            </w:r>
          </w:p>
        </w:tc>
      </w:tr>
      <w:tr w:rsidR="000E0799" w:rsidRPr="00331AEB" w14:paraId="1E74EECA" w14:textId="77777777" w:rsidTr="00331AEB">
        <w:trPr>
          <w:jc w:val="center"/>
        </w:trPr>
        <w:tc>
          <w:tcPr>
            <w:tcW w:w="3127" w:type="dxa"/>
            <w:tcBorders>
              <w:top w:val="single" w:sz="4" w:space="0" w:color="CCCCCC"/>
              <w:left w:val="single" w:sz="4" w:space="0" w:color="CCCCCC"/>
              <w:bottom w:val="single" w:sz="4" w:space="0" w:color="CCCCCC"/>
              <w:right w:val="single" w:sz="4" w:space="0" w:color="CCCCCC"/>
            </w:tcBorders>
            <w:shd w:val="clear" w:color="auto" w:fill="F9FAFC"/>
            <w:tcMar>
              <w:top w:w="60" w:type="dxa"/>
              <w:left w:w="80" w:type="dxa"/>
              <w:bottom w:w="60" w:type="dxa"/>
              <w:right w:w="80" w:type="dxa"/>
            </w:tcMar>
          </w:tcPr>
          <w:p w14:paraId="4EB20411" w14:textId="77777777" w:rsidR="000E0799" w:rsidRPr="00331AEB" w:rsidRDefault="00000000">
            <w:pPr>
              <w:spacing w:after="0"/>
              <w:rPr>
                <w:rFonts w:ascii="Lato" w:hAnsi="Lato"/>
                <w:sz w:val="28"/>
                <w:szCs w:val="28"/>
              </w:rPr>
            </w:pPr>
            <w:r w:rsidRPr="00331AEB">
              <w:rPr>
                <w:rFonts w:ascii="Lato" w:hAnsi="Lato"/>
                <w:sz w:val="28"/>
                <w:szCs w:val="28"/>
              </w:rPr>
              <w:fldChar w:fldCharType="begin">
                <w:ffData>
                  <w:name w:val="ag_row_3_col_0"/>
                  <w:enabled/>
                  <w:calcOnExit w:val="0"/>
                  <w:textInput/>
                </w:ffData>
              </w:fldChar>
            </w:r>
            <w:r w:rsidRPr="00331AEB">
              <w:rPr>
                <w:rFonts w:ascii="Lato" w:hAnsi="Lato"/>
                <w:sz w:val="28"/>
                <w:szCs w:val="28"/>
              </w:rPr>
              <w:instrText xml:space="preserve"> FORMTEXT </w:instrText>
            </w:r>
            <w:r w:rsidRPr="00331AEB">
              <w:rPr>
                <w:rFonts w:ascii="Lato" w:hAnsi="Lato"/>
                <w:sz w:val="28"/>
                <w:szCs w:val="28"/>
              </w:rPr>
            </w:r>
            <w:r w:rsidRPr="00331AEB">
              <w:rPr>
                <w:rFonts w:ascii="Lato" w:hAnsi="Lato"/>
                <w:sz w:val="28"/>
                <w:szCs w:val="28"/>
              </w:rPr>
              <w:fldChar w:fldCharType="separate"/>
            </w:r>
            <w:r w:rsidRPr="00331AEB">
              <w:rPr>
                <w:rFonts w:ascii="Lato" w:hAnsi="Lato"/>
                <w:i/>
                <w:sz w:val="28"/>
                <w:szCs w:val="28"/>
              </w:rPr>
              <w:t>Click here to enter time</w:t>
            </w:r>
            <w:r w:rsidRPr="00331AEB">
              <w:rPr>
                <w:rFonts w:ascii="Lato" w:hAnsi="Lato"/>
                <w:sz w:val="28"/>
                <w:szCs w:val="28"/>
              </w:rPr>
              <w:fldChar w:fldCharType="end"/>
            </w:r>
          </w:p>
        </w:tc>
        <w:tc>
          <w:tcPr>
            <w:tcW w:w="3060" w:type="dxa"/>
            <w:tcBorders>
              <w:top w:val="single" w:sz="4" w:space="0" w:color="CCCCCC"/>
              <w:left w:val="single" w:sz="4" w:space="0" w:color="CCCCCC"/>
              <w:bottom w:val="single" w:sz="4" w:space="0" w:color="CCCCCC"/>
              <w:right w:val="single" w:sz="4" w:space="0" w:color="CCCCCC"/>
            </w:tcBorders>
            <w:shd w:val="clear" w:color="auto" w:fill="F9FAFC"/>
            <w:tcMar>
              <w:top w:w="60" w:type="dxa"/>
              <w:left w:w="80" w:type="dxa"/>
              <w:bottom w:w="60" w:type="dxa"/>
              <w:right w:w="80" w:type="dxa"/>
            </w:tcMar>
          </w:tcPr>
          <w:p w14:paraId="1E52E050" w14:textId="77777777" w:rsidR="000E0799" w:rsidRPr="00331AEB" w:rsidRDefault="00000000">
            <w:pPr>
              <w:spacing w:after="0"/>
              <w:rPr>
                <w:rFonts w:ascii="Lato" w:hAnsi="Lato"/>
                <w:sz w:val="28"/>
                <w:szCs w:val="28"/>
              </w:rPr>
            </w:pPr>
            <w:r w:rsidRPr="00331AEB">
              <w:rPr>
                <w:rFonts w:ascii="Lato" w:hAnsi="Lato"/>
                <w:sz w:val="28"/>
                <w:szCs w:val="28"/>
              </w:rPr>
              <w:fldChar w:fldCharType="begin">
                <w:ffData>
                  <w:name w:val="ag_row_3_col_1"/>
                  <w:enabled/>
                  <w:calcOnExit w:val="0"/>
                  <w:textInput/>
                </w:ffData>
              </w:fldChar>
            </w:r>
            <w:r w:rsidRPr="00331AEB">
              <w:rPr>
                <w:rFonts w:ascii="Lato" w:hAnsi="Lato"/>
                <w:sz w:val="28"/>
                <w:szCs w:val="28"/>
              </w:rPr>
              <w:instrText xml:space="preserve"> FORMTEXT </w:instrText>
            </w:r>
            <w:r w:rsidRPr="00331AEB">
              <w:rPr>
                <w:rFonts w:ascii="Lato" w:hAnsi="Lato"/>
                <w:sz w:val="28"/>
                <w:szCs w:val="28"/>
              </w:rPr>
            </w:r>
            <w:r w:rsidRPr="00331AEB">
              <w:rPr>
                <w:rFonts w:ascii="Lato" w:hAnsi="Lato"/>
                <w:sz w:val="28"/>
                <w:szCs w:val="28"/>
              </w:rPr>
              <w:fldChar w:fldCharType="separate"/>
            </w:r>
            <w:r w:rsidRPr="00331AEB">
              <w:rPr>
                <w:rFonts w:ascii="Lato" w:hAnsi="Lato"/>
                <w:i/>
                <w:sz w:val="28"/>
                <w:szCs w:val="28"/>
              </w:rPr>
              <w:t>Click here to enter topic &amp; lead</w:t>
            </w:r>
            <w:r w:rsidRPr="00331AEB">
              <w:rPr>
                <w:rFonts w:ascii="Lato" w:hAnsi="Lato"/>
                <w:sz w:val="28"/>
                <w:szCs w:val="28"/>
              </w:rPr>
              <w:fldChar w:fldCharType="end"/>
            </w:r>
          </w:p>
        </w:tc>
        <w:tc>
          <w:tcPr>
            <w:tcW w:w="2070" w:type="dxa"/>
            <w:tcBorders>
              <w:top w:val="single" w:sz="4" w:space="0" w:color="CCCCCC"/>
              <w:left w:val="single" w:sz="4" w:space="0" w:color="CCCCCC"/>
              <w:bottom w:val="single" w:sz="4" w:space="0" w:color="CCCCCC"/>
              <w:right w:val="single" w:sz="4" w:space="0" w:color="CCCCCC"/>
            </w:tcBorders>
            <w:shd w:val="clear" w:color="auto" w:fill="F9FAFC"/>
            <w:tcMar>
              <w:top w:w="60" w:type="dxa"/>
              <w:left w:w="80" w:type="dxa"/>
              <w:bottom w:w="60" w:type="dxa"/>
              <w:right w:w="80" w:type="dxa"/>
            </w:tcMar>
          </w:tcPr>
          <w:p w14:paraId="6C741242" w14:textId="77777777" w:rsidR="000E0799" w:rsidRPr="00331AEB" w:rsidRDefault="00000000">
            <w:pPr>
              <w:spacing w:after="0"/>
              <w:rPr>
                <w:rFonts w:ascii="Lato" w:hAnsi="Lato"/>
                <w:sz w:val="28"/>
                <w:szCs w:val="28"/>
              </w:rPr>
            </w:pPr>
            <w:r w:rsidRPr="00331AEB">
              <w:rPr>
                <w:rFonts w:ascii="Lato" w:hAnsi="Lato"/>
                <w:sz w:val="28"/>
                <w:szCs w:val="28"/>
              </w:rPr>
              <w:fldChar w:fldCharType="begin">
                <w:ffData>
                  <w:name w:val="ag_row_3_col_2"/>
                  <w:enabled/>
                  <w:calcOnExit w:val="0"/>
                  <w:textInput/>
                </w:ffData>
              </w:fldChar>
            </w:r>
            <w:r w:rsidRPr="00331AEB">
              <w:rPr>
                <w:rFonts w:ascii="Lato" w:hAnsi="Lato"/>
                <w:sz w:val="28"/>
                <w:szCs w:val="28"/>
              </w:rPr>
              <w:instrText xml:space="preserve"> FORMTEXT </w:instrText>
            </w:r>
            <w:r w:rsidRPr="00331AEB">
              <w:rPr>
                <w:rFonts w:ascii="Lato" w:hAnsi="Lato"/>
                <w:sz w:val="28"/>
                <w:szCs w:val="28"/>
              </w:rPr>
            </w:r>
            <w:r w:rsidRPr="00331AEB">
              <w:rPr>
                <w:rFonts w:ascii="Lato" w:hAnsi="Lato"/>
                <w:sz w:val="28"/>
                <w:szCs w:val="28"/>
              </w:rPr>
              <w:fldChar w:fldCharType="separate"/>
            </w:r>
            <w:r w:rsidRPr="00331AEB">
              <w:rPr>
                <w:rFonts w:ascii="Lato" w:hAnsi="Lato"/>
                <w:i/>
                <w:sz w:val="28"/>
                <w:szCs w:val="28"/>
              </w:rPr>
              <w:t xml:space="preserve">Click here to enter </w:t>
            </w:r>
            <w:r w:rsidRPr="00331AEB">
              <w:rPr>
                <w:rFonts w:ascii="Lato" w:hAnsi="Lato"/>
                <w:i/>
                <w:sz w:val="28"/>
                <w:szCs w:val="28"/>
              </w:rPr>
              <w:lastRenderedPageBreak/>
              <w:t>classification</w:t>
            </w:r>
            <w:r w:rsidRPr="00331AEB">
              <w:rPr>
                <w:rFonts w:ascii="Lato" w:hAnsi="Lato"/>
                <w:sz w:val="28"/>
                <w:szCs w:val="28"/>
              </w:rPr>
              <w:fldChar w:fldCharType="end"/>
            </w:r>
          </w:p>
        </w:tc>
        <w:tc>
          <w:tcPr>
            <w:tcW w:w="5290" w:type="dxa"/>
            <w:tcBorders>
              <w:top w:val="single" w:sz="4" w:space="0" w:color="CCCCCC"/>
              <w:left w:val="single" w:sz="4" w:space="0" w:color="CCCCCC"/>
              <w:bottom w:val="single" w:sz="4" w:space="0" w:color="CCCCCC"/>
              <w:right w:val="single" w:sz="4" w:space="0" w:color="CCCCCC"/>
            </w:tcBorders>
            <w:shd w:val="clear" w:color="auto" w:fill="F9FAFC"/>
            <w:tcMar>
              <w:top w:w="60" w:type="dxa"/>
              <w:left w:w="80" w:type="dxa"/>
              <w:bottom w:w="60" w:type="dxa"/>
              <w:right w:w="80" w:type="dxa"/>
            </w:tcMar>
          </w:tcPr>
          <w:p w14:paraId="3BED6CD5" w14:textId="77777777" w:rsidR="000E0799" w:rsidRPr="00331AEB" w:rsidRDefault="00000000">
            <w:pPr>
              <w:spacing w:after="0"/>
              <w:rPr>
                <w:rFonts w:ascii="Lato" w:hAnsi="Lato"/>
                <w:sz w:val="28"/>
                <w:szCs w:val="28"/>
              </w:rPr>
            </w:pPr>
            <w:r w:rsidRPr="00331AEB">
              <w:rPr>
                <w:rFonts w:ascii="Lato" w:hAnsi="Lato"/>
                <w:sz w:val="28"/>
                <w:szCs w:val="28"/>
              </w:rPr>
              <w:lastRenderedPageBreak/>
              <w:fldChar w:fldCharType="begin">
                <w:ffData>
                  <w:name w:val="ag_row_3_col_3"/>
                  <w:enabled/>
                  <w:calcOnExit w:val="0"/>
                  <w:textInput/>
                </w:ffData>
              </w:fldChar>
            </w:r>
            <w:r w:rsidRPr="00331AEB">
              <w:rPr>
                <w:rFonts w:ascii="Lato" w:hAnsi="Lato"/>
                <w:sz w:val="28"/>
                <w:szCs w:val="28"/>
              </w:rPr>
              <w:instrText xml:space="preserve"> FORMTEXT </w:instrText>
            </w:r>
            <w:r w:rsidRPr="00331AEB">
              <w:rPr>
                <w:rFonts w:ascii="Lato" w:hAnsi="Lato"/>
                <w:sz w:val="28"/>
                <w:szCs w:val="28"/>
              </w:rPr>
            </w:r>
            <w:r w:rsidRPr="00331AEB">
              <w:rPr>
                <w:rFonts w:ascii="Lato" w:hAnsi="Lato"/>
                <w:sz w:val="28"/>
                <w:szCs w:val="28"/>
              </w:rPr>
              <w:fldChar w:fldCharType="separate"/>
            </w:r>
            <w:r w:rsidRPr="00331AEB">
              <w:rPr>
                <w:rFonts w:ascii="Lato" w:hAnsi="Lato"/>
                <w:i/>
                <w:sz w:val="28"/>
                <w:szCs w:val="28"/>
              </w:rPr>
              <w:t>Click here to enter purpose, desired outcome &amp; required prep</w:t>
            </w:r>
            <w:r w:rsidRPr="00331AEB">
              <w:rPr>
                <w:rFonts w:ascii="Lato" w:hAnsi="Lato"/>
                <w:sz w:val="28"/>
                <w:szCs w:val="28"/>
              </w:rPr>
              <w:fldChar w:fldCharType="end"/>
            </w:r>
          </w:p>
        </w:tc>
      </w:tr>
      <w:tr w:rsidR="000E0799" w:rsidRPr="00331AEB" w14:paraId="765EEADC" w14:textId="77777777" w:rsidTr="00331AEB">
        <w:trPr>
          <w:jc w:val="center"/>
        </w:trPr>
        <w:tc>
          <w:tcPr>
            <w:tcW w:w="3127"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06F972D5" w14:textId="77777777" w:rsidR="000E0799" w:rsidRPr="00331AEB" w:rsidRDefault="00000000">
            <w:pPr>
              <w:spacing w:after="0"/>
              <w:rPr>
                <w:rFonts w:ascii="Lato" w:hAnsi="Lato"/>
                <w:sz w:val="28"/>
                <w:szCs w:val="28"/>
              </w:rPr>
            </w:pPr>
            <w:r w:rsidRPr="00331AEB">
              <w:rPr>
                <w:rFonts w:ascii="Lato" w:hAnsi="Lato"/>
                <w:sz w:val="28"/>
                <w:szCs w:val="28"/>
              </w:rPr>
              <w:lastRenderedPageBreak/>
              <w:fldChar w:fldCharType="begin">
                <w:ffData>
                  <w:name w:val="ag_row_4_col_0"/>
                  <w:enabled/>
                  <w:calcOnExit w:val="0"/>
                  <w:textInput/>
                </w:ffData>
              </w:fldChar>
            </w:r>
            <w:r w:rsidRPr="00331AEB">
              <w:rPr>
                <w:rFonts w:ascii="Lato" w:hAnsi="Lato"/>
                <w:sz w:val="28"/>
                <w:szCs w:val="28"/>
              </w:rPr>
              <w:instrText xml:space="preserve"> FORMTEXT </w:instrText>
            </w:r>
            <w:r w:rsidRPr="00331AEB">
              <w:rPr>
                <w:rFonts w:ascii="Lato" w:hAnsi="Lato"/>
                <w:sz w:val="28"/>
                <w:szCs w:val="28"/>
              </w:rPr>
            </w:r>
            <w:r w:rsidRPr="00331AEB">
              <w:rPr>
                <w:rFonts w:ascii="Lato" w:hAnsi="Lato"/>
                <w:sz w:val="28"/>
                <w:szCs w:val="28"/>
              </w:rPr>
              <w:fldChar w:fldCharType="separate"/>
            </w:r>
            <w:r w:rsidRPr="00331AEB">
              <w:rPr>
                <w:rFonts w:ascii="Lato" w:hAnsi="Lato"/>
                <w:i/>
                <w:sz w:val="28"/>
                <w:szCs w:val="28"/>
              </w:rPr>
              <w:t>Click here to enter time</w:t>
            </w:r>
            <w:r w:rsidRPr="00331AEB">
              <w:rPr>
                <w:rFonts w:ascii="Lato" w:hAnsi="Lato"/>
                <w:sz w:val="28"/>
                <w:szCs w:val="28"/>
              </w:rPr>
              <w:fldChar w:fldCharType="end"/>
            </w:r>
          </w:p>
        </w:tc>
        <w:tc>
          <w:tcPr>
            <w:tcW w:w="3060"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2AB718BE" w14:textId="77777777" w:rsidR="000E0799" w:rsidRPr="00331AEB" w:rsidRDefault="00000000">
            <w:pPr>
              <w:spacing w:after="0"/>
              <w:rPr>
                <w:rFonts w:ascii="Lato" w:hAnsi="Lato"/>
                <w:sz w:val="28"/>
                <w:szCs w:val="28"/>
              </w:rPr>
            </w:pPr>
            <w:r w:rsidRPr="00331AEB">
              <w:rPr>
                <w:rFonts w:ascii="Lato" w:hAnsi="Lato"/>
                <w:sz w:val="28"/>
                <w:szCs w:val="28"/>
              </w:rPr>
              <w:fldChar w:fldCharType="begin">
                <w:ffData>
                  <w:name w:val="ag_row_4_col_1"/>
                  <w:enabled/>
                  <w:calcOnExit w:val="0"/>
                  <w:textInput/>
                </w:ffData>
              </w:fldChar>
            </w:r>
            <w:r w:rsidRPr="00331AEB">
              <w:rPr>
                <w:rFonts w:ascii="Lato" w:hAnsi="Lato"/>
                <w:sz w:val="28"/>
                <w:szCs w:val="28"/>
              </w:rPr>
              <w:instrText xml:space="preserve"> FORMTEXT </w:instrText>
            </w:r>
            <w:r w:rsidRPr="00331AEB">
              <w:rPr>
                <w:rFonts w:ascii="Lato" w:hAnsi="Lato"/>
                <w:sz w:val="28"/>
                <w:szCs w:val="28"/>
              </w:rPr>
            </w:r>
            <w:r w:rsidRPr="00331AEB">
              <w:rPr>
                <w:rFonts w:ascii="Lato" w:hAnsi="Lato"/>
                <w:sz w:val="28"/>
                <w:szCs w:val="28"/>
              </w:rPr>
              <w:fldChar w:fldCharType="separate"/>
            </w:r>
            <w:r w:rsidRPr="00331AEB">
              <w:rPr>
                <w:rFonts w:ascii="Lato" w:hAnsi="Lato"/>
                <w:i/>
                <w:sz w:val="28"/>
                <w:szCs w:val="28"/>
              </w:rPr>
              <w:t>Click here to enter topic &amp; lead</w:t>
            </w:r>
            <w:r w:rsidRPr="00331AEB">
              <w:rPr>
                <w:rFonts w:ascii="Lato" w:hAnsi="Lato"/>
                <w:sz w:val="28"/>
                <w:szCs w:val="28"/>
              </w:rPr>
              <w:fldChar w:fldCharType="end"/>
            </w:r>
          </w:p>
        </w:tc>
        <w:tc>
          <w:tcPr>
            <w:tcW w:w="2070"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4D3CEFD0" w14:textId="77777777" w:rsidR="000E0799" w:rsidRPr="00331AEB" w:rsidRDefault="00000000">
            <w:pPr>
              <w:spacing w:after="0"/>
              <w:rPr>
                <w:rFonts w:ascii="Lato" w:hAnsi="Lato"/>
                <w:sz w:val="28"/>
                <w:szCs w:val="28"/>
              </w:rPr>
            </w:pPr>
            <w:r w:rsidRPr="00331AEB">
              <w:rPr>
                <w:rFonts w:ascii="Lato" w:hAnsi="Lato"/>
                <w:sz w:val="28"/>
                <w:szCs w:val="28"/>
              </w:rPr>
              <w:fldChar w:fldCharType="begin">
                <w:ffData>
                  <w:name w:val="ag_row_4_col_2"/>
                  <w:enabled/>
                  <w:calcOnExit w:val="0"/>
                  <w:textInput/>
                </w:ffData>
              </w:fldChar>
            </w:r>
            <w:r w:rsidRPr="00331AEB">
              <w:rPr>
                <w:rFonts w:ascii="Lato" w:hAnsi="Lato"/>
                <w:sz w:val="28"/>
                <w:szCs w:val="28"/>
              </w:rPr>
              <w:instrText xml:space="preserve"> FORMTEXT </w:instrText>
            </w:r>
            <w:r w:rsidRPr="00331AEB">
              <w:rPr>
                <w:rFonts w:ascii="Lato" w:hAnsi="Lato"/>
                <w:sz w:val="28"/>
                <w:szCs w:val="28"/>
              </w:rPr>
            </w:r>
            <w:r w:rsidRPr="00331AEB">
              <w:rPr>
                <w:rFonts w:ascii="Lato" w:hAnsi="Lato"/>
                <w:sz w:val="28"/>
                <w:szCs w:val="28"/>
              </w:rPr>
              <w:fldChar w:fldCharType="separate"/>
            </w:r>
            <w:r w:rsidRPr="00331AEB">
              <w:rPr>
                <w:rFonts w:ascii="Lato" w:hAnsi="Lato"/>
                <w:i/>
                <w:sz w:val="28"/>
                <w:szCs w:val="28"/>
              </w:rPr>
              <w:t>Click here to enter classification</w:t>
            </w:r>
            <w:r w:rsidRPr="00331AEB">
              <w:rPr>
                <w:rFonts w:ascii="Lato" w:hAnsi="Lato"/>
                <w:sz w:val="28"/>
                <w:szCs w:val="28"/>
              </w:rPr>
              <w:fldChar w:fldCharType="end"/>
            </w:r>
          </w:p>
        </w:tc>
        <w:tc>
          <w:tcPr>
            <w:tcW w:w="5290"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35C8E0A5" w14:textId="77777777" w:rsidR="000E0799" w:rsidRPr="00331AEB" w:rsidRDefault="00000000">
            <w:pPr>
              <w:spacing w:after="0"/>
              <w:rPr>
                <w:rFonts w:ascii="Lato" w:hAnsi="Lato"/>
                <w:sz w:val="28"/>
                <w:szCs w:val="28"/>
              </w:rPr>
            </w:pPr>
            <w:r w:rsidRPr="00331AEB">
              <w:rPr>
                <w:rFonts w:ascii="Lato" w:hAnsi="Lato"/>
                <w:sz w:val="28"/>
                <w:szCs w:val="28"/>
              </w:rPr>
              <w:fldChar w:fldCharType="begin">
                <w:ffData>
                  <w:name w:val="ag_row_4_col_3"/>
                  <w:enabled/>
                  <w:calcOnExit w:val="0"/>
                  <w:textInput/>
                </w:ffData>
              </w:fldChar>
            </w:r>
            <w:r w:rsidRPr="00331AEB">
              <w:rPr>
                <w:rFonts w:ascii="Lato" w:hAnsi="Lato"/>
                <w:sz w:val="28"/>
                <w:szCs w:val="28"/>
              </w:rPr>
              <w:instrText xml:space="preserve"> FORMTEXT </w:instrText>
            </w:r>
            <w:r w:rsidRPr="00331AEB">
              <w:rPr>
                <w:rFonts w:ascii="Lato" w:hAnsi="Lato"/>
                <w:sz w:val="28"/>
                <w:szCs w:val="28"/>
              </w:rPr>
            </w:r>
            <w:r w:rsidRPr="00331AEB">
              <w:rPr>
                <w:rFonts w:ascii="Lato" w:hAnsi="Lato"/>
                <w:sz w:val="28"/>
                <w:szCs w:val="28"/>
              </w:rPr>
              <w:fldChar w:fldCharType="separate"/>
            </w:r>
            <w:r w:rsidRPr="00331AEB">
              <w:rPr>
                <w:rFonts w:ascii="Lato" w:hAnsi="Lato"/>
                <w:i/>
                <w:sz w:val="28"/>
                <w:szCs w:val="28"/>
              </w:rPr>
              <w:t>Click here to enter purpose, desired outcome &amp; required prep</w:t>
            </w:r>
            <w:r w:rsidRPr="00331AEB">
              <w:rPr>
                <w:rFonts w:ascii="Lato" w:hAnsi="Lato"/>
                <w:sz w:val="28"/>
                <w:szCs w:val="28"/>
              </w:rPr>
              <w:fldChar w:fldCharType="end"/>
            </w:r>
          </w:p>
        </w:tc>
      </w:tr>
      <w:tr w:rsidR="000E0799" w:rsidRPr="00331AEB" w14:paraId="03FDBB80" w14:textId="77777777" w:rsidTr="00331AEB">
        <w:trPr>
          <w:jc w:val="center"/>
        </w:trPr>
        <w:tc>
          <w:tcPr>
            <w:tcW w:w="3127" w:type="dxa"/>
            <w:tcBorders>
              <w:top w:val="single" w:sz="4" w:space="0" w:color="CCCCCC"/>
              <w:left w:val="single" w:sz="4" w:space="0" w:color="CCCCCC"/>
              <w:bottom w:val="single" w:sz="4" w:space="0" w:color="CCCCCC"/>
              <w:right w:val="single" w:sz="4" w:space="0" w:color="CCCCCC"/>
            </w:tcBorders>
            <w:shd w:val="clear" w:color="auto" w:fill="F9FAFC"/>
            <w:tcMar>
              <w:top w:w="60" w:type="dxa"/>
              <w:left w:w="80" w:type="dxa"/>
              <w:bottom w:w="60" w:type="dxa"/>
              <w:right w:w="80" w:type="dxa"/>
            </w:tcMar>
          </w:tcPr>
          <w:p w14:paraId="326500B8" w14:textId="77777777" w:rsidR="000E0799" w:rsidRPr="00331AEB" w:rsidRDefault="00000000">
            <w:pPr>
              <w:spacing w:after="0"/>
              <w:rPr>
                <w:rFonts w:ascii="Lato" w:hAnsi="Lato"/>
                <w:sz w:val="28"/>
                <w:szCs w:val="28"/>
              </w:rPr>
            </w:pPr>
            <w:r w:rsidRPr="00331AEB">
              <w:rPr>
                <w:rFonts w:ascii="Lato" w:hAnsi="Lato"/>
                <w:sz w:val="28"/>
                <w:szCs w:val="28"/>
              </w:rPr>
              <w:fldChar w:fldCharType="begin">
                <w:ffData>
                  <w:name w:val="ag_row_5_col_0"/>
                  <w:enabled/>
                  <w:calcOnExit w:val="0"/>
                  <w:textInput/>
                </w:ffData>
              </w:fldChar>
            </w:r>
            <w:r w:rsidRPr="00331AEB">
              <w:rPr>
                <w:rFonts w:ascii="Lato" w:hAnsi="Lato"/>
                <w:sz w:val="28"/>
                <w:szCs w:val="28"/>
              </w:rPr>
              <w:instrText xml:space="preserve"> FORMTEXT </w:instrText>
            </w:r>
            <w:r w:rsidRPr="00331AEB">
              <w:rPr>
                <w:rFonts w:ascii="Lato" w:hAnsi="Lato"/>
                <w:sz w:val="28"/>
                <w:szCs w:val="28"/>
              </w:rPr>
            </w:r>
            <w:r w:rsidRPr="00331AEB">
              <w:rPr>
                <w:rFonts w:ascii="Lato" w:hAnsi="Lato"/>
                <w:sz w:val="28"/>
                <w:szCs w:val="28"/>
              </w:rPr>
              <w:fldChar w:fldCharType="separate"/>
            </w:r>
            <w:r w:rsidRPr="00331AEB">
              <w:rPr>
                <w:rFonts w:ascii="Lato" w:hAnsi="Lato"/>
                <w:i/>
                <w:sz w:val="28"/>
                <w:szCs w:val="28"/>
              </w:rPr>
              <w:t>Click here to enter time</w:t>
            </w:r>
            <w:r w:rsidRPr="00331AEB">
              <w:rPr>
                <w:rFonts w:ascii="Lato" w:hAnsi="Lato"/>
                <w:sz w:val="28"/>
                <w:szCs w:val="28"/>
              </w:rPr>
              <w:fldChar w:fldCharType="end"/>
            </w:r>
          </w:p>
        </w:tc>
        <w:tc>
          <w:tcPr>
            <w:tcW w:w="3060" w:type="dxa"/>
            <w:tcBorders>
              <w:top w:val="single" w:sz="4" w:space="0" w:color="CCCCCC"/>
              <w:left w:val="single" w:sz="4" w:space="0" w:color="CCCCCC"/>
              <w:bottom w:val="single" w:sz="4" w:space="0" w:color="CCCCCC"/>
              <w:right w:val="single" w:sz="4" w:space="0" w:color="CCCCCC"/>
            </w:tcBorders>
            <w:shd w:val="clear" w:color="auto" w:fill="F9FAFC"/>
            <w:tcMar>
              <w:top w:w="60" w:type="dxa"/>
              <w:left w:w="80" w:type="dxa"/>
              <w:bottom w:w="60" w:type="dxa"/>
              <w:right w:w="80" w:type="dxa"/>
            </w:tcMar>
          </w:tcPr>
          <w:p w14:paraId="67D963FD" w14:textId="77777777" w:rsidR="000E0799" w:rsidRPr="00331AEB" w:rsidRDefault="00000000">
            <w:pPr>
              <w:spacing w:after="0"/>
              <w:rPr>
                <w:rFonts w:ascii="Lato" w:hAnsi="Lato"/>
                <w:sz w:val="28"/>
                <w:szCs w:val="28"/>
              </w:rPr>
            </w:pPr>
            <w:r w:rsidRPr="00331AEB">
              <w:rPr>
                <w:rFonts w:ascii="Lato" w:hAnsi="Lato"/>
                <w:sz w:val="28"/>
                <w:szCs w:val="28"/>
              </w:rPr>
              <w:fldChar w:fldCharType="begin">
                <w:ffData>
                  <w:name w:val="ag_row_5_col_1"/>
                  <w:enabled/>
                  <w:calcOnExit w:val="0"/>
                  <w:textInput/>
                </w:ffData>
              </w:fldChar>
            </w:r>
            <w:r w:rsidRPr="00331AEB">
              <w:rPr>
                <w:rFonts w:ascii="Lato" w:hAnsi="Lato"/>
                <w:sz w:val="28"/>
                <w:szCs w:val="28"/>
              </w:rPr>
              <w:instrText xml:space="preserve"> FORMTEXT </w:instrText>
            </w:r>
            <w:r w:rsidRPr="00331AEB">
              <w:rPr>
                <w:rFonts w:ascii="Lato" w:hAnsi="Lato"/>
                <w:sz w:val="28"/>
                <w:szCs w:val="28"/>
              </w:rPr>
            </w:r>
            <w:r w:rsidRPr="00331AEB">
              <w:rPr>
                <w:rFonts w:ascii="Lato" w:hAnsi="Lato"/>
                <w:sz w:val="28"/>
                <w:szCs w:val="28"/>
              </w:rPr>
              <w:fldChar w:fldCharType="separate"/>
            </w:r>
            <w:r w:rsidRPr="00331AEB">
              <w:rPr>
                <w:rFonts w:ascii="Lato" w:hAnsi="Lato"/>
                <w:i/>
                <w:sz w:val="28"/>
                <w:szCs w:val="28"/>
              </w:rPr>
              <w:t>Click here to enter topic &amp; lead</w:t>
            </w:r>
            <w:r w:rsidRPr="00331AEB">
              <w:rPr>
                <w:rFonts w:ascii="Lato" w:hAnsi="Lato"/>
                <w:sz w:val="28"/>
                <w:szCs w:val="28"/>
              </w:rPr>
              <w:fldChar w:fldCharType="end"/>
            </w:r>
          </w:p>
        </w:tc>
        <w:tc>
          <w:tcPr>
            <w:tcW w:w="2070" w:type="dxa"/>
            <w:tcBorders>
              <w:top w:val="single" w:sz="4" w:space="0" w:color="CCCCCC"/>
              <w:left w:val="single" w:sz="4" w:space="0" w:color="CCCCCC"/>
              <w:bottom w:val="single" w:sz="4" w:space="0" w:color="CCCCCC"/>
              <w:right w:val="single" w:sz="4" w:space="0" w:color="CCCCCC"/>
            </w:tcBorders>
            <w:shd w:val="clear" w:color="auto" w:fill="F9FAFC"/>
            <w:tcMar>
              <w:top w:w="60" w:type="dxa"/>
              <w:left w:w="80" w:type="dxa"/>
              <w:bottom w:w="60" w:type="dxa"/>
              <w:right w:w="80" w:type="dxa"/>
            </w:tcMar>
          </w:tcPr>
          <w:p w14:paraId="19DDD640" w14:textId="77777777" w:rsidR="000E0799" w:rsidRPr="00331AEB" w:rsidRDefault="00000000">
            <w:pPr>
              <w:spacing w:after="0"/>
              <w:rPr>
                <w:rFonts w:ascii="Lato" w:hAnsi="Lato"/>
                <w:sz w:val="28"/>
                <w:szCs w:val="28"/>
              </w:rPr>
            </w:pPr>
            <w:r w:rsidRPr="00331AEB">
              <w:rPr>
                <w:rFonts w:ascii="Lato" w:hAnsi="Lato"/>
                <w:sz w:val="28"/>
                <w:szCs w:val="28"/>
              </w:rPr>
              <w:fldChar w:fldCharType="begin">
                <w:ffData>
                  <w:name w:val="ag_row_5_col_2"/>
                  <w:enabled/>
                  <w:calcOnExit w:val="0"/>
                  <w:textInput/>
                </w:ffData>
              </w:fldChar>
            </w:r>
            <w:r w:rsidRPr="00331AEB">
              <w:rPr>
                <w:rFonts w:ascii="Lato" w:hAnsi="Lato"/>
                <w:sz w:val="28"/>
                <w:szCs w:val="28"/>
              </w:rPr>
              <w:instrText xml:space="preserve"> FORMTEXT </w:instrText>
            </w:r>
            <w:r w:rsidRPr="00331AEB">
              <w:rPr>
                <w:rFonts w:ascii="Lato" w:hAnsi="Lato"/>
                <w:sz w:val="28"/>
                <w:szCs w:val="28"/>
              </w:rPr>
            </w:r>
            <w:r w:rsidRPr="00331AEB">
              <w:rPr>
                <w:rFonts w:ascii="Lato" w:hAnsi="Lato"/>
                <w:sz w:val="28"/>
                <w:szCs w:val="28"/>
              </w:rPr>
              <w:fldChar w:fldCharType="separate"/>
            </w:r>
            <w:r w:rsidRPr="00331AEB">
              <w:rPr>
                <w:rFonts w:ascii="Lato" w:hAnsi="Lato"/>
                <w:i/>
                <w:sz w:val="28"/>
                <w:szCs w:val="28"/>
              </w:rPr>
              <w:t>Click here to enter classification</w:t>
            </w:r>
            <w:r w:rsidRPr="00331AEB">
              <w:rPr>
                <w:rFonts w:ascii="Lato" w:hAnsi="Lato"/>
                <w:sz w:val="28"/>
                <w:szCs w:val="28"/>
              </w:rPr>
              <w:fldChar w:fldCharType="end"/>
            </w:r>
          </w:p>
        </w:tc>
        <w:tc>
          <w:tcPr>
            <w:tcW w:w="5290" w:type="dxa"/>
            <w:tcBorders>
              <w:top w:val="single" w:sz="4" w:space="0" w:color="CCCCCC"/>
              <w:left w:val="single" w:sz="4" w:space="0" w:color="CCCCCC"/>
              <w:bottom w:val="single" w:sz="4" w:space="0" w:color="CCCCCC"/>
              <w:right w:val="single" w:sz="4" w:space="0" w:color="CCCCCC"/>
            </w:tcBorders>
            <w:shd w:val="clear" w:color="auto" w:fill="F9FAFC"/>
            <w:tcMar>
              <w:top w:w="60" w:type="dxa"/>
              <w:left w:w="80" w:type="dxa"/>
              <w:bottom w:w="60" w:type="dxa"/>
              <w:right w:w="80" w:type="dxa"/>
            </w:tcMar>
          </w:tcPr>
          <w:p w14:paraId="6E7119F5" w14:textId="77777777" w:rsidR="000E0799" w:rsidRPr="00331AEB" w:rsidRDefault="00000000">
            <w:pPr>
              <w:spacing w:after="0"/>
              <w:rPr>
                <w:rFonts w:ascii="Lato" w:hAnsi="Lato"/>
                <w:sz w:val="28"/>
                <w:szCs w:val="28"/>
              </w:rPr>
            </w:pPr>
            <w:r w:rsidRPr="00331AEB">
              <w:rPr>
                <w:rFonts w:ascii="Lato" w:hAnsi="Lato"/>
                <w:sz w:val="28"/>
                <w:szCs w:val="28"/>
              </w:rPr>
              <w:fldChar w:fldCharType="begin">
                <w:ffData>
                  <w:name w:val="ag_row_5_col_3"/>
                  <w:enabled/>
                  <w:calcOnExit w:val="0"/>
                  <w:textInput/>
                </w:ffData>
              </w:fldChar>
            </w:r>
            <w:r w:rsidRPr="00331AEB">
              <w:rPr>
                <w:rFonts w:ascii="Lato" w:hAnsi="Lato"/>
                <w:sz w:val="28"/>
                <w:szCs w:val="28"/>
              </w:rPr>
              <w:instrText xml:space="preserve"> FORMTEXT </w:instrText>
            </w:r>
            <w:r w:rsidRPr="00331AEB">
              <w:rPr>
                <w:rFonts w:ascii="Lato" w:hAnsi="Lato"/>
                <w:sz w:val="28"/>
                <w:szCs w:val="28"/>
              </w:rPr>
            </w:r>
            <w:r w:rsidRPr="00331AEB">
              <w:rPr>
                <w:rFonts w:ascii="Lato" w:hAnsi="Lato"/>
                <w:sz w:val="28"/>
                <w:szCs w:val="28"/>
              </w:rPr>
              <w:fldChar w:fldCharType="separate"/>
            </w:r>
            <w:r w:rsidRPr="00331AEB">
              <w:rPr>
                <w:rFonts w:ascii="Lato" w:hAnsi="Lato"/>
                <w:i/>
                <w:sz w:val="28"/>
                <w:szCs w:val="28"/>
              </w:rPr>
              <w:t>Click here to enter purpose, desired outcome &amp; required prep</w:t>
            </w:r>
            <w:r w:rsidRPr="00331AEB">
              <w:rPr>
                <w:rFonts w:ascii="Lato" w:hAnsi="Lato"/>
                <w:sz w:val="28"/>
                <w:szCs w:val="28"/>
              </w:rPr>
              <w:fldChar w:fldCharType="end"/>
            </w:r>
          </w:p>
        </w:tc>
      </w:tr>
    </w:tbl>
    <w:p w14:paraId="380EDBC4" w14:textId="77777777" w:rsidR="000E0799" w:rsidRPr="00331AEB" w:rsidRDefault="000E0799" w:rsidP="004F3FA4">
      <w:pPr>
        <w:spacing w:after="80"/>
        <w:rPr>
          <w:rFonts w:ascii="Lato" w:hAnsi="Lato"/>
          <w:sz w:val="28"/>
          <w:szCs w:val="28"/>
        </w:rPr>
      </w:pPr>
    </w:p>
    <w:p w14:paraId="2D11C5DF" w14:textId="77777777" w:rsidR="000E0799" w:rsidRPr="00331AEB" w:rsidRDefault="00000000">
      <w:pPr>
        <w:spacing w:before="80" w:after="80"/>
        <w:rPr>
          <w:rFonts w:ascii="Lato" w:hAnsi="Lato"/>
          <w:sz w:val="28"/>
          <w:szCs w:val="28"/>
        </w:rPr>
      </w:pPr>
      <w:r w:rsidRPr="00331AEB">
        <w:rPr>
          <w:rFonts w:ascii="Lato" w:hAnsi="Lato"/>
          <w:b/>
          <w:color w:val="005A9C"/>
          <w:sz w:val="28"/>
          <w:szCs w:val="28"/>
        </w:rPr>
        <w:t>3. To-Dos &amp; Action Items</w:t>
      </w:r>
    </w:p>
    <w:tbl>
      <w:tblPr>
        <w:tblW w:w="0" w:type="auto"/>
        <w:jc w:val="center"/>
        <w:tblLook w:val="04A0" w:firstRow="1" w:lastRow="0" w:firstColumn="1" w:lastColumn="0" w:noHBand="0" w:noVBand="1"/>
      </w:tblPr>
      <w:tblGrid>
        <w:gridCol w:w="7841"/>
        <w:gridCol w:w="2700"/>
        <w:gridCol w:w="1634"/>
        <w:gridCol w:w="1440"/>
      </w:tblGrid>
      <w:tr w:rsidR="000E0799" w:rsidRPr="00331AEB" w14:paraId="349EA6E7" w14:textId="77777777" w:rsidTr="00331AEB">
        <w:trPr>
          <w:jc w:val="center"/>
        </w:trPr>
        <w:tc>
          <w:tcPr>
            <w:tcW w:w="7841" w:type="dxa"/>
            <w:shd w:val="clear" w:color="auto" w:fill="005A9C"/>
            <w:tcMar>
              <w:top w:w="80" w:type="dxa"/>
              <w:left w:w="80" w:type="dxa"/>
              <w:bottom w:w="80" w:type="dxa"/>
              <w:right w:w="80" w:type="dxa"/>
            </w:tcMar>
          </w:tcPr>
          <w:p w14:paraId="1DE0C36C" w14:textId="77777777" w:rsidR="000E0799" w:rsidRPr="00331AEB" w:rsidRDefault="00000000">
            <w:pPr>
              <w:spacing w:after="0"/>
              <w:rPr>
                <w:rFonts w:ascii="Lato" w:hAnsi="Lato"/>
                <w:sz w:val="28"/>
                <w:szCs w:val="28"/>
              </w:rPr>
            </w:pPr>
            <w:r w:rsidRPr="00331AEB">
              <w:rPr>
                <w:rFonts w:ascii="Lato" w:hAnsi="Lato"/>
                <w:b/>
                <w:color w:val="FFFFFF"/>
                <w:sz w:val="28"/>
                <w:szCs w:val="28"/>
              </w:rPr>
              <w:t>Action Item / Decision Description</w:t>
            </w:r>
          </w:p>
        </w:tc>
        <w:tc>
          <w:tcPr>
            <w:tcW w:w="2700" w:type="dxa"/>
            <w:shd w:val="clear" w:color="auto" w:fill="005A9C"/>
            <w:tcMar>
              <w:top w:w="80" w:type="dxa"/>
              <w:left w:w="80" w:type="dxa"/>
              <w:bottom w:w="80" w:type="dxa"/>
              <w:right w:w="80" w:type="dxa"/>
            </w:tcMar>
          </w:tcPr>
          <w:p w14:paraId="52B5BDAE" w14:textId="77777777" w:rsidR="000E0799" w:rsidRPr="00331AEB" w:rsidRDefault="00000000">
            <w:pPr>
              <w:spacing w:after="0"/>
              <w:rPr>
                <w:rFonts w:ascii="Lato" w:hAnsi="Lato"/>
                <w:sz w:val="28"/>
                <w:szCs w:val="28"/>
              </w:rPr>
            </w:pPr>
            <w:r w:rsidRPr="00331AEB">
              <w:rPr>
                <w:rFonts w:ascii="Lato" w:hAnsi="Lato"/>
                <w:b/>
                <w:color w:val="FFFFFF"/>
                <w:sz w:val="28"/>
                <w:szCs w:val="28"/>
              </w:rPr>
              <w:t>Assigned Partner / Agency</w:t>
            </w:r>
          </w:p>
        </w:tc>
        <w:tc>
          <w:tcPr>
            <w:tcW w:w="1634" w:type="dxa"/>
            <w:shd w:val="clear" w:color="auto" w:fill="005A9C"/>
            <w:tcMar>
              <w:top w:w="80" w:type="dxa"/>
              <w:left w:w="80" w:type="dxa"/>
              <w:bottom w:w="80" w:type="dxa"/>
              <w:right w:w="80" w:type="dxa"/>
            </w:tcMar>
          </w:tcPr>
          <w:p w14:paraId="213AA5F0" w14:textId="77777777" w:rsidR="000E0799" w:rsidRPr="00331AEB" w:rsidRDefault="00000000">
            <w:pPr>
              <w:spacing w:after="0"/>
              <w:rPr>
                <w:rFonts w:ascii="Lato" w:hAnsi="Lato"/>
                <w:sz w:val="28"/>
                <w:szCs w:val="28"/>
              </w:rPr>
            </w:pPr>
            <w:r w:rsidRPr="00331AEB">
              <w:rPr>
                <w:rFonts w:ascii="Lato" w:hAnsi="Lato"/>
                <w:b/>
                <w:color w:val="FFFFFF"/>
                <w:sz w:val="28"/>
                <w:szCs w:val="28"/>
              </w:rPr>
              <w:t>Target Date</w:t>
            </w:r>
          </w:p>
        </w:tc>
        <w:tc>
          <w:tcPr>
            <w:tcW w:w="1440" w:type="dxa"/>
            <w:shd w:val="clear" w:color="auto" w:fill="005A9C"/>
            <w:tcMar>
              <w:top w:w="80" w:type="dxa"/>
              <w:left w:w="80" w:type="dxa"/>
              <w:bottom w:w="80" w:type="dxa"/>
              <w:right w:w="80" w:type="dxa"/>
            </w:tcMar>
          </w:tcPr>
          <w:p w14:paraId="61FCA6FA" w14:textId="77777777" w:rsidR="000E0799" w:rsidRPr="00331AEB" w:rsidRDefault="00000000">
            <w:pPr>
              <w:spacing w:after="0"/>
              <w:rPr>
                <w:rFonts w:ascii="Lato" w:hAnsi="Lato"/>
                <w:sz w:val="28"/>
                <w:szCs w:val="28"/>
              </w:rPr>
            </w:pPr>
            <w:r w:rsidRPr="00331AEB">
              <w:rPr>
                <w:rFonts w:ascii="Lato" w:hAnsi="Lato"/>
                <w:b/>
                <w:color w:val="FFFFFF"/>
                <w:sz w:val="28"/>
                <w:szCs w:val="28"/>
              </w:rPr>
              <w:t>Status</w:t>
            </w:r>
          </w:p>
        </w:tc>
      </w:tr>
      <w:tr w:rsidR="000E0799" w:rsidRPr="00331AEB" w14:paraId="6C87B32B" w14:textId="77777777" w:rsidTr="00331AEB">
        <w:trPr>
          <w:jc w:val="center"/>
        </w:trPr>
        <w:tc>
          <w:tcPr>
            <w:tcW w:w="7841" w:type="dxa"/>
            <w:tcBorders>
              <w:top w:val="single" w:sz="4" w:space="0" w:color="CCCCCC"/>
              <w:left w:val="single" w:sz="4" w:space="0" w:color="CCCCCC"/>
              <w:bottom w:val="single" w:sz="4" w:space="0" w:color="CCCCCC"/>
              <w:right w:val="single" w:sz="4" w:space="0" w:color="CCCCCC"/>
            </w:tcBorders>
            <w:shd w:val="clear" w:color="auto" w:fill="F9FAFC"/>
            <w:tcMar>
              <w:top w:w="60" w:type="dxa"/>
              <w:left w:w="80" w:type="dxa"/>
              <w:bottom w:w="60" w:type="dxa"/>
              <w:right w:w="80" w:type="dxa"/>
            </w:tcMar>
          </w:tcPr>
          <w:p w14:paraId="4575BCD7" w14:textId="77777777" w:rsidR="000E0799" w:rsidRPr="00331AEB" w:rsidRDefault="00000000">
            <w:pPr>
              <w:spacing w:after="0"/>
              <w:rPr>
                <w:rFonts w:ascii="Lato" w:hAnsi="Lato"/>
                <w:sz w:val="28"/>
                <w:szCs w:val="28"/>
              </w:rPr>
            </w:pPr>
            <w:r w:rsidRPr="00331AEB">
              <w:rPr>
                <w:rFonts w:ascii="Lato" w:hAnsi="Lato"/>
                <w:sz w:val="28"/>
                <w:szCs w:val="28"/>
              </w:rPr>
              <w:fldChar w:fldCharType="begin">
                <w:ffData>
                  <w:name w:val="todo_row_1_col_0"/>
                  <w:enabled/>
                  <w:calcOnExit w:val="0"/>
                  <w:textInput/>
                </w:ffData>
              </w:fldChar>
            </w:r>
            <w:r w:rsidRPr="00331AEB">
              <w:rPr>
                <w:rFonts w:ascii="Lato" w:hAnsi="Lato"/>
                <w:sz w:val="28"/>
                <w:szCs w:val="28"/>
              </w:rPr>
              <w:instrText xml:space="preserve"> FORMTEXT </w:instrText>
            </w:r>
            <w:r w:rsidRPr="00331AEB">
              <w:rPr>
                <w:rFonts w:ascii="Lato" w:hAnsi="Lato"/>
                <w:sz w:val="28"/>
                <w:szCs w:val="28"/>
              </w:rPr>
            </w:r>
            <w:r w:rsidRPr="00331AEB">
              <w:rPr>
                <w:rFonts w:ascii="Lato" w:hAnsi="Lato"/>
                <w:sz w:val="28"/>
                <w:szCs w:val="28"/>
              </w:rPr>
              <w:fldChar w:fldCharType="separate"/>
            </w:r>
            <w:r w:rsidRPr="00331AEB">
              <w:rPr>
                <w:rFonts w:ascii="Lato" w:hAnsi="Lato"/>
                <w:i/>
                <w:sz w:val="28"/>
                <w:szCs w:val="28"/>
              </w:rPr>
              <w:t>Click here to enter action item</w:t>
            </w:r>
            <w:r w:rsidRPr="00331AEB">
              <w:rPr>
                <w:rFonts w:ascii="Lato" w:hAnsi="Lato"/>
                <w:sz w:val="28"/>
                <w:szCs w:val="28"/>
              </w:rPr>
              <w:fldChar w:fldCharType="end"/>
            </w:r>
          </w:p>
        </w:tc>
        <w:tc>
          <w:tcPr>
            <w:tcW w:w="2700" w:type="dxa"/>
            <w:tcBorders>
              <w:top w:val="single" w:sz="4" w:space="0" w:color="CCCCCC"/>
              <w:left w:val="single" w:sz="4" w:space="0" w:color="CCCCCC"/>
              <w:bottom w:val="single" w:sz="4" w:space="0" w:color="CCCCCC"/>
              <w:right w:val="single" w:sz="4" w:space="0" w:color="CCCCCC"/>
            </w:tcBorders>
            <w:shd w:val="clear" w:color="auto" w:fill="F9FAFC"/>
            <w:tcMar>
              <w:top w:w="60" w:type="dxa"/>
              <w:left w:w="80" w:type="dxa"/>
              <w:bottom w:w="60" w:type="dxa"/>
              <w:right w:w="80" w:type="dxa"/>
            </w:tcMar>
          </w:tcPr>
          <w:p w14:paraId="50DA648A" w14:textId="77777777" w:rsidR="000E0799" w:rsidRPr="00331AEB" w:rsidRDefault="00000000">
            <w:pPr>
              <w:spacing w:after="0"/>
              <w:rPr>
                <w:rFonts w:ascii="Lato" w:hAnsi="Lato"/>
                <w:sz w:val="28"/>
                <w:szCs w:val="28"/>
              </w:rPr>
            </w:pPr>
            <w:r w:rsidRPr="00331AEB">
              <w:rPr>
                <w:rFonts w:ascii="Lato" w:hAnsi="Lato"/>
                <w:sz w:val="28"/>
                <w:szCs w:val="28"/>
              </w:rPr>
              <w:fldChar w:fldCharType="begin">
                <w:ffData>
                  <w:name w:val="todo_row_1_col_1"/>
                  <w:enabled/>
                  <w:calcOnExit w:val="0"/>
                  <w:textInput/>
                </w:ffData>
              </w:fldChar>
            </w:r>
            <w:r w:rsidRPr="00331AEB">
              <w:rPr>
                <w:rFonts w:ascii="Lato" w:hAnsi="Lato"/>
                <w:sz w:val="28"/>
                <w:szCs w:val="28"/>
              </w:rPr>
              <w:instrText xml:space="preserve"> FORMTEXT </w:instrText>
            </w:r>
            <w:r w:rsidRPr="00331AEB">
              <w:rPr>
                <w:rFonts w:ascii="Lato" w:hAnsi="Lato"/>
                <w:sz w:val="28"/>
                <w:szCs w:val="28"/>
              </w:rPr>
            </w:r>
            <w:r w:rsidRPr="00331AEB">
              <w:rPr>
                <w:rFonts w:ascii="Lato" w:hAnsi="Lato"/>
                <w:sz w:val="28"/>
                <w:szCs w:val="28"/>
              </w:rPr>
              <w:fldChar w:fldCharType="separate"/>
            </w:r>
            <w:r w:rsidRPr="00331AEB">
              <w:rPr>
                <w:rFonts w:ascii="Lato" w:hAnsi="Lato"/>
                <w:i/>
                <w:sz w:val="28"/>
                <w:szCs w:val="28"/>
              </w:rPr>
              <w:t>Click here to enter partner</w:t>
            </w:r>
            <w:r w:rsidRPr="00331AEB">
              <w:rPr>
                <w:rFonts w:ascii="Lato" w:hAnsi="Lato"/>
                <w:sz w:val="28"/>
                <w:szCs w:val="28"/>
              </w:rPr>
              <w:fldChar w:fldCharType="end"/>
            </w:r>
          </w:p>
        </w:tc>
        <w:tc>
          <w:tcPr>
            <w:tcW w:w="1634" w:type="dxa"/>
            <w:tcBorders>
              <w:top w:val="single" w:sz="4" w:space="0" w:color="CCCCCC"/>
              <w:left w:val="single" w:sz="4" w:space="0" w:color="CCCCCC"/>
              <w:bottom w:val="single" w:sz="4" w:space="0" w:color="CCCCCC"/>
              <w:right w:val="single" w:sz="4" w:space="0" w:color="CCCCCC"/>
            </w:tcBorders>
            <w:shd w:val="clear" w:color="auto" w:fill="F9FAFC"/>
            <w:tcMar>
              <w:top w:w="60" w:type="dxa"/>
              <w:left w:w="80" w:type="dxa"/>
              <w:bottom w:w="60" w:type="dxa"/>
              <w:right w:w="80" w:type="dxa"/>
            </w:tcMar>
          </w:tcPr>
          <w:p w14:paraId="654FD334" w14:textId="77777777" w:rsidR="000E0799" w:rsidRPr="00331AEB" w:rsidRDefault="00000000">
            <w:pPr>
              <w:spacing w:after="0"/>
              <w:rPr>
                <w:rFonts w:ascii="Lato" w:hAnsi="Lato"/>
                <w:sz w:val="28"/>
                <w:szCs w:val="28"/>
              </w:rPr>
            </w:pPr>
            <w:r w:rsidRPr="00331AEB">
              <w:rPr>
                <w:rFonts w:ascii="Lato" w:hAnsi="Lato"/>
                <w:sz w:val="28"/>
                <w:szCs w:val="28"/>
              </w:rPr>
              <w:fldChar w:fldCharType="begin">
                <w:ffData>
                  <w:name w:val="todo_row_1_col_2"/>
                  <w:enabled/>
                  <w:calcOnExit w:val="0"/>
                  <w:textInput/>
                </w:ffData>
              </w:fldChar>
            </w:r>
            <w:r w:rsidRPr="00331AEB">
              <w:rPr>
                <w:rFonts w:ascii="Lato" w:hAnsi="Lato"/>
                <w:sz w:val="28"/>
                <w:szCs w:val="28"/>
              </w:rPr>
              <w:instrText xml:space="preserve"> FORMTEXT </w:instrText>
            </w:r>
            <w:r w:rsidRPr="00331AEB">
              <w:rPr>
                <w:rFonts w:ascii="Lato" w:hAnsi="Lato"/>
                <w:sz w:val="28"/>
                <w:szCs w:val="28"/>
              </w:rPr>
            </w:r>
            <w:r w:rsidRPr="00331AEB">
              <w:rPr>
                <w:rFonts w:ascii="Lato" w:hAnsi="Lato"/>
                <w:sz w:val="28"/>
                <w:szCs w:val="28"/>
              </w:rPr>
              <w:fldChar w:fldCharType="separate"/>
            </w:r>
            <w:r w:rsidRPr="00331AEB">
              <w:rPr>
                <w:rFonts w:ascii="Lato" w:hAnsi="Lato"/>
                <w:i/>
                <w:sz w:val="28"/>
                <w:szCs w:val="28"/>
              </w:rPr>
              <w:t>Enter date</w:t>
            </w:r>
            <w:r w:rsidRPr="00331AEB">
              <w:rPr>
                <w:rFonts w:ascii="Lato" w:hAnsi="Lato"/>
                <w:sz w:val="28"/>
                <w:szCs w:val="28"/>
              </w:rPr>
              <w:fldChar w:fldCharType="end"/>
            </w:r>
          </w:p>
        </w:tc>
        <w:tc>
          <w:tcPr>
            <w:tcW w:w="1440" w:type="dxa"/>
            <w:tcBorders>
              <w:top w:val="single" w:sz="4" w:space="0" w:color="CCCCCC"/>
              <w:left w:val="single" w:sz="4" w:space="0" w:color="CCCCCC"/>
              <w:bottom w:val="single" w:sz="4" w:space="0" w:color="CCCCCC"/>
              <w:right w:val="single" w:sz="4" w:space="0" w:color="CCCCCC"/>
            </w:tcBorders>
            <w:shd w:val="clear" w:color="auto" w:fill="F9FAFC"/>
            <w:tcMar>
              <w:top w:w="60" w:type="dxa"/>
              <w:left w:w="80" w:type="dxa"/>
              <w:bottom w:w="60" w:type="dxa"/>
              <w:right w:w="80" w:type="dxa"/>
            </w:tcMar>
          </w:tcPr>
          <w:p w14:paraId="42666043" w14:textId="77777777" w:rsidR="000E0799" w:rsidRPr="00331AEB" w:rsidRDefault="00000000">
            <w:pPr>
              <w:spacing w:after="0"/>
              <w:rPr>
                <w:rFonts w:ascii="Lato" w:hAnsi="Lato"/>
                <w:sz w:val="28"/>
                <w:szCs w:val="28"/>
              </w:rPr>
            </w:pPr>
            <w:r w:rsidRPr="00331AEB">
              <w:rPr>
                <w:rFonts w:ascii="Lato" w:hAnsi="Lato"/>
                <w:sz w:val="28"/>
                <w:szCs w:val="28"/>
              </w:rPr>
              <w:fldChar w:fldCharType="begin">
                <w:ffData>
                  <w:name w:val="todo_row_1_col_3"/>
                  <w:enabled/>
                  <w:calcOnExit w:val="0"/>
                  <w:textInput/>
                </w:ffData>
              </w:fldChar>
            </w:r>
            <w:r w:rsidRPr="00331AEB">
              <w:rPr>
                <w:rFonts w:ascii="Lato" w:hAnsi="Lato"/>
                <w:sz w:val="28"/>
                <w:szCs w:val="28"/>
              </w:rPr>
              <w:instrText xml:space="preserve"> FORMTEXT </w:instrText>
            </w:r>
            <w:r w:rsidRPr="00331AEB">
              <w:rPr>
                <w:rFonts w:ascii="Lato" w:hAnsi="Lato"/>
                <w:sz w:val="28"/>
                <w:szCs w:val="28"/>
              </w:rPr>
            </w:r>
            <w:r w:rsidRPr="00331AEB">
              <w:rPr>
                <w:rFonts w:ascii="Lato" w:hAnsi="Lato"/>
                <w:sz w:val="28"/>
                <w:szCs w:val="28"/>
              </w:rPr>
              <w:fldChar w:fldCharType="separate"/>
            </w:r>
            <w:r w:rsidRPr="00331AEB">
              <w:rPr>
                <w:rFonts w:ascii="Lato" w:hAnsi="Lato"/>
                <w:i/>
                <w:sz w:val="28"/>
                <w:szCs w:val="28"/>
              </w:rPr>
              <w:t>Enter status</w:t>
            </w:r>
            <w:r w:rsidRPr="00331AEB">
              <w:rPr>
                <w:rFonts w:ascii="Lato" w:hAnsi="Lato"/>
                <w:sz w:val="28"/>
                <w:szCs w:val="28"/>
              </w:rPr>
              <w:fldChar w:fldCharType="end"/>
            </w:r>
          </w:p>
        </w:tc>
      </w:tr>
      <w:tr w:rsidR="000E0799" w:rsidRPr="00331AEB" w14:paraId="6101581B" w14:textId="77777777" w:rsidTr="00331AEB">
        <w:trPr>
          <w:jc w:val="center"/>
        </w:trPr>
        <w:tc>
          <w:tcPr>
            <w:tcW w:w="7841"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2CF167BE" w14:textId="77777777" w:rsidR="000E0799" w:rsidRPr="00331AEB" w:rsidRDefault="00000000">
            <w:pPr>
              <w:spacing w:after="0"/>
              <w:rPr>
                <w:rFonts w:ascii="Lato" w:hAnsi="Lato"/>
                <w:sz w:val="28"/>
                <w:szCs w:val="28"/>
              </w:rPr>
            </w:pPr>
            <w:r w:rsidRPr="00331AEB">
              <w:rPr>
                <w:rFonts w:ascii="Lato" w:hAnsi="Lato"/>
                <w:sz w:val="28"/>
                <w:szCs w:val="28"/>
              </w:rPr>
              <w:fldChar w:fldCharType="begin">
                <w:ffData>
                  <w:name w:val="todo_row_2_col_0"/>
                  <w:enabled/>
                  <w:calcOnExit w:val="0"/>
                  <w:textInput/>
                </w:ffData>
              </w:fldChar>
            </w:r>
            <w:r w:rsidRPr="00331AEB">
              <w:rPr>
                <w:rFonts w:ascii="Lato" w:hAnsi="Lato"/>
                <w:sz w:val="28"/>
                <w:szCs w:val="28"/>
              </w:rPr>
              <w:instrText xml:space="preserve"> FORMTEXT </w:instrText>
            </w:r>
            <w:r w:rsidRPr="00331AEB">
              <w:rPr>
                <w:rFonts w:ascii="Lato" w:hAnsi="Lato"/>
                <w:sz w:val="28"/>
                <w:szCs w:val="28"/>
              </w:rPr>
            </w:r>
            <w:r w:rsidRPr="00331AEB">
              <w:rPr>
                <w:rFonts w:ascii="Lato" w:hAnsi="Lato"/>
                <w:sz w:val="28"/>
                <w:szCs w:val="28"/>
              </w:rPr>
              <w:fldChar w:fldCharType="separate"/>
            </w:r>
            <w:r w:rsidRPr="00331AEB">
              <w:rPr>
                <w:rFonts w:ascii="Lato" w:hAnsi="Lato"/>
                <w:i/>
                <w:sz w:val="28"/>
                <w:szCs w:val="28"/>
              </w:rPr>
              <w:t>Click here to enter action item</w:t>
            </w:r>
            <w:r w:rsidRPr="00331AEB">
              <w:rPr>
                <w:rFonts w:ascii="Lato" w:hAnsi="Lato"/>
                <w:sz w:val="28"/>
                <w:szCs w:val="28"/>
              </w:rPr>
              <w:fldChar w:fldCharType="end"/>
            </w:r>
          </w:p>
        </w:tc>
        <w:tc>
          <w:tcPr>
            <w:tcW w:w="27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4425A5E3" w14:textId="77777777" w:rsidR="000E0799" w:rsidRPr="00331AEB" w:rsidRDefault="00000000">
            <w:pPr>
              <w:spacing w:after="0"/>
              <w:rPr>
                <w:rFonts w:ascii="Lato" w:hAnsi="Lato"/>
                <w:sz w:val="28"/>
                <w:szCs w:val="28"/>
              </w:rPr>
            </w:pPr>
            <w:r w:rsidRPr="00331AEB">
              <w:rPr>
                <w:rFonts w:ascii="Lato" w:hAnsi="Lato"/>
                <w:sz w:val="28"/>
                <w:szCs w:val="28"/>
              </w:rPr>
              <w:fldChar w:fldCharType="begin">
                <w:ffData>
                  <w:name w:val="todo_row_2_col_1"/>
                  <w:enabled/>
                  <w:calcOnExit w:val="0"/>
                  <w:textInput/>
                </w:ffData>
              </w:fldChar>
            </w:r>
            <w:r w:rsidRPr="00331AEB">
              <w:rPr>
                <w:rFonts w:ascii="Lato" w:hAnsi="Lato"/>
                <w:sz w:val="28"/>
                <w:szCs w:val="28"/>
              </w:rPr>
              <w:instrText xml:space="preserve"> FORMTEXT </w:instrText>
            </w:r>
            <w:r w:rsidRPr="00331AEB">
              <w:rPr>
                <w:rFonts w:ascii="Lato" w:hAnsi="Lato"/>
                <w:sz w:val="28"/>
                <w:szCs w:val="28"/>
              </w:rPr>
            </w:r>
            <w:r w:rsidRPr="00331AEB">
              <w:rPr>
                <w:rFonts w:ascii="Lato" w:hAnsi="Lato"/>
                <w:sz w:val="28"/>
                <w:szCs w:val="28"/>
              </w:rPr>
              <w:fldChar w:fldCharType="separate"/>
            </w:r>
            <w:r w:rsidRPr="00331AEB">
              <w:rPr>
                <w:rFonts w:ascii="Lato" w:hAnsi="Lato"/>
                <w:i/>
                <w:sz w:val="28"/>
                <w:szCs w:val="28"/>
              </w:rPr>
              <w:t>Click here to enter partner</w:t>
            </w:r>
            <w:r w:rsidRPr="00331AEB">
              <w:rPr>
                <w:rFonts w:ascii="Lato" w:hAnsi="Lato"/>
                <w:sz w:val="28"/>
                <w:szCs w:val="28"/>
              </w:rPr>
              <w:fldChar w:fldCharType="end"/>
            </w:r>
          </w:p>
        </w:tc>
        <w:tc>
          <w:tcPr>
            <w:tcW w:w="1634"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7359C257" w14:textId="77777777" w:rsidR="000E0799" w:rsidRPr="00331AEB" w:rsidRDefault="00000000">
            <w:pPr>
              <w:spacing w:after="0"/>
              <w:rPr>
                <w:rFonts w:ascii="Lato" w:hAnsi="Lato"/>
                <w:sz w:val="28"/>
                <w:szCs w:val="28"/>
              </w:rPr>
            </w:pPr>
            <w:r w:rsidRPr="00331AEB">
              <w:rPr>
                <w:rFonts w:ascii="Lato" w:hAnsi="Lato"/>
                <w:sz w:val="28"/>
                <w:szCs w:val="28"/>
              </w:rPr>
              <w:fldChar w:fldCharType="begin">
                <w:ffData>
                  <w:name w:val="todo_row_2_col_2"/>
                  <w:enabled/>
                  <w:calcOnExit w:val="0"/>
                  <w:textInput/>
                </w:ffData>
              </w:fldChar>
            </w:r>
            <w:r w:rsidRPr="00331AEB">
              <w:rPr>
                <w:rFonts w:ascii="Lato" w:hAnsi="Lato"/>
                <w:sz w:val="28"/>
                <w:szCs w:val="28"/>
              </w:rPr>
              <w:instrText xml:space="preserve"> FORMTEXT </w:instrText>
            </w:r>
            <w:r w:rsidRPr="00331AEB">
              <w:rPr>
                <w:rFonts w:ascii="Lato" w:hAnsi="Lato"/>
                <w:sz w:val="28"/>
                <w:szCs w:val="28"/>
              </w:rPr>
            </w:r>
            <w:r w:rsidRPr="00331AEB">
              <w:rPr>
                <w:rFonts w:ascii="Lato" w:hAnsi="Lato"/>
                <w:sz w:val="28"/>
                <w:szCs w:val="28"/>
              </w:rPr>
              <w:fldChar w:fldCharType="separate"/>
            </w:r>
            <w:r w:rsidRPr="00331AEB">
              <w:rPr>
                <w:rFonts w:ascii="Lato" w:hAnsi="Lato"/>
                <w:i/>
                <w:sz w:val="28"/>
                <w:szCs w:val="28"/>
              </w:rPr>
              <w:t>Enter date</w:t>
            </w:r>
            <w:r w:rsidRPr="00331AEB">
              <w:rPr>
                <w:rFonts w:ascii="Lato" w:hAnsi="Lato"/>
                <w:sz w:val="28"/>
                <w:szCs w:val="28"/>
              </w:rPr>
              <w:fldChar w:fldCharType="end"/>
            </w:r>
          </w:p>
        </w:tc>
        <w:tc>
          <w:tcPr>
            <w:tcW w:w="1440"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55816B61" w14:textId="77777777" w:rsidR="000E0799" w:rsidRPr="00331AEB" w:rsidRDefault="00000000">
            <w:pPr>
              <w:spacing w:after="0"/>
              <w:rPr>
                <w:rFonts w:ascii="Lato" w:hAnsi="Lato"/>
                <w:sz w:val="28"/>
                <w:szCs w:val="28"/>
              </w:rPr>
            </w:pPr>
            <w:r w:rsidRPr="00331AEB">
              <w:rPr>
                <w:rFonts w:ascii="Lato" w:hAnsi="Lato"/>
                <w:sz w:val="28"/>
                <w:szCs w:val="28"/>
              </w:rPr>
              <w:fldChar w:fldCharType="begin">
                <w:ffData>
                  <w:name w:val="todo_row_2_col_3"/>
                  <w:enabled/>
                  <w:calcOnExit w:val="0"/>
                  <w:textInput/>
                </w:ffData>
              </w:fldChar>
            </w:r>
            <w:r w:rsidRPr="00331AEB">
              <w:rPr>
                <w:rFonts w:ascii="Lato" w:hAnsi="Lato"/>
                <w:sz w:val="28"/>
                <w:szCs w:val="28"/>
              </w:rPr>
              <w:instrText xml:space="preserve"> FORMTEXT </w:instrText>
            </w:r>
            <w:r w:rsidRPr="00331AEB">
              <w:rPr>
                <w:rFonts w:ascii="Lato" w:hAnsi="Lato"/>
                <w:sz w:val="28"/>
                <w:szCs w:val="28"/>
              </w:rPr>
            </w:r>
            <w:r w:rsidRPr="00331AEB">
              <w:rPr>
                <w:rFonts w:ascii="Lato" w:hAnsi="Lato"/>
                <w:sz w:val="28"/>
                <w:szCs w:val="28"/>
              </w:rPr>
              <w:fldChar w:fldCharType="separate"/>
            </w:r>
            <w:r w:rsidRPr="00331AEB">
              <w:rPr>
                <w:rFonts w:ascii="Lato" w:hAnsi="Lato"/>
                <w:i/>
                <w:sz w:val="28"/>
                <w:szCs w:val="28"/>
              </w:rPr>
              <w:t>Enter status</w:t>
            </w:r>
            <w:r w:rsidRPr="00331AEB">
              <w:rPr>
                <w:rFonts w:ascii="Lato" w:hAnsi="Lato"/>
                <w:sz w:val="28"/>
                <w:szCs w:val="28"/>
              </w:rPr>
              <w:fldChar w:fldCharType="end"/>
            </w:r>
          </w:p>
        </w:tc>
      </w:tr>
      <w:tr w:rsidR="000E0799" w:rsidRPr="00331AEB" w14:paraId="3B15A804" w14:textId="77777777" w:rsidTr="00331AEB">
        <w:trPr>
          <w:jc w:val="center"/>
        </w:trPr>
        <w:tc>
          <w:tcPr>
            <w:tcW w:w="7841" w:type="dxa"/>
            <w:tcBorders>
              <w:top w:val="single" w:sz="4" w:space="0" w:color="CCCCCC"/>
              <w:left w:val="single" w:sz="4" w:space="0" w:color="CCCCCC"/>
              <w:bottom w:val="single" w:sz="4" w:space="0" w:color="CCCCCC"/>
              <w:right w:val="single" w:sz="4" w:space="0" w:color="CCCCCC"/>
            </w:tcBorders>
            <w:shd w:val="clear" w:color="auto" w:fill="F9FAFC"/>
            <w:tcMar>
              <w:top w:w="60" w:type="dxa"/>
              <w:left w:w="80" w:type="dxa"/>
              <w:bottom w:w="60" w:type="dxa"/>
              <w:right w:w="80" w:type="dxa"/>
            </w:tcMar>
          </w:tcPr>
          <w:p w14:paraId="0B9DE4EB" w14:textId="77777777" w:rsidR="000E0799" w:rsidRPr="00331AEB" w:rsidRDefault="00000000">
            <w:pPr>
              <w:spacing w:after="0"/>
              <w:rPr>
                <w:rFonts w:ascii="Lato" w:hAnsi="Lato"/>
                <w:sz w:val="28"/>
                <w:szCs w:val="28"/>
              </w:rPr>
            </w:pPr>
            <w:r w:rsidRPr="00331AEB">
              <w:rPr>
                <w:rFonts w:ascii="Lato" w:hAnsi="Lato"/>
                <w:sz w:val="28"/>
                <w:szCs w:val="28"/>
              </w:rPr>
              <w:fldChar w:fldCharType="begin">
                <w:ffData>
                  <w:name w:val="todo_row_3_col_0"/>
                  <w:enabled/>
                  <w:calcOnExit w:val="0"/>
                  <w:textInput/>
                </w:ffData>
              </w:fldChar>
            </w:r>
            <w:r w:rsidRPr="00331AEB">
              <w:rPr>
                <w:rFonts w:ascii="Lato" w:hAnsi="Lato"/>
                <w:sz w:val="28"/>
                <w:szCs w:val="28"/>
              </w:rPr>
              <w:instrText xml:space="preserve"> FORMTEXT </w:instrText>
            </w:r>
            <w:r w:rsidRPr="00331AEB">
              <w:rPr>
                <w:rFonts w:ascii="Lato" w:hAnsi="Lato"/>
                <w:sz w:val="28"/>
                <w:szCs w:val="28"/>
              </w:rPr>
            </w:r>
            <w:r w:rsidRPr="00331AEB">
              <w:rPr>
                <w:rFonts w:ascii="Lato" w:hAnsi="Lato"/>
                <w:sz w:val="28"/>
                <w:szCs w:val="28"/>
              </w:rPr>
              <w:fldChar w:fldCharType="separate"/>
            </w:r>
            <w:r w:rsidRPr="00331AEB">
              <w:rPr>
                <w:rFonts w:ascii="Lato" w:hAnsi="Lato"/>
                <w:i/>
                <w:sz w:val="28"/>
                <w:szCs w:val="28"/>
              </w:rPr>
              <w:t>Click here to enter action item</w:t>
            </w:r>
            <w:r w:rsidRPr="00331AEB">
              <w:rPr>
                <w:rFonts w:ascii="Lato" w:hAnsi="Lato"/>
                <w:sz w:val="28"/>
                <w:szCs w:val="28"/>
              </w:rPr>
              <w:fldChar w:fldCharType="end"/>
            </w:r>
          </w:p>
        </w:tc>
        <w:tc>
          <w:tcPr>
            <w:tcW w:w="2700" w:type="dxa"/>
            <w:tcBorders>
              <w:top w:val="single" w:sz="4" w:space="0" w:color="CCCCCC"/>
              <w:left w:val="single" w:sz="4" w:space="0" w:color="CCCCCC"/>
              <w:bottom w:val="single" w:sz="4" w:space="0" w:color="CCCCCC"/>
              <w:right w:val="single" w:sz="4" w:space="0" w:color="CCCCCC"/>
            </w:tcBorders>
            <w:shd w:val="clear" w:color="auto" w:fill="F9FAFC"/>
            <w:tcMar>
              <w:top w:w="60" w:type="dxa"/>
              <w:left w:w="80" w:type="dxa"/>
              <w:bottom w:w="60" w:type="dxa"/>
              <w:right w:w="80" w:type="dxa"/>
            </w:tcMar>
          </w:tcPr>
          <w:p w14:paraId="4363CE6F" w14:textId="77777777" w:rsidR="000E0799" w:rsidRPr="00331AEB" w:rsidRDefault="00000000">
            <w:pPr>
              <w:spacing w:after="0"/>
              <w:rPr>
                <w:rFonts w:ascii="Lato" w:hAnsi="Lato"/>
                <w:sz w:val="28"/>
                <w:szCs w:val="28"/>
              </w:rPr>
            </w:pPr>
            <w:r w:rsidRPr="00331AEB">
              <w:rPr>
                <w:rFonts w:ascii="Lato" w:hAnsi="Lato"/>
                <w:sz w:val="28"/>
                <w:szCs w:val="28"/>
              </w:rPr>
              <w:fldChar w:fldCharType="begin">
                <w:ffData>
                  <w:name w:val="todo_row_3_col_1"/>
                  <w:enabled/>
                  <w:calcOnExit w:val="0"/>
                  <w:textInput/>
                </w:ffData>
              </w:fldChar>
            </w:r>
            <w:r w:rsidRPr="00331AEB">
              <w:rPr>
                <w:rFonts w:ascii="Lato" w:hAnsi="Lato"/>
                <w:sz w:val="28"/>
                <w:szCs w:val="28"/>
              </w:rPr>
              <w:instrText xml:space="preserve"> FORMTEXT </w:instrText>
            </w:r>
            <w:r w:rsidRPr="00331AEB">
              <w:rPr>
                <w:rFonts w:ascii="Lato" w:hAnsi="Lato"/>
                <w:sz w:val="28"/>
                <w:szCs w:val="28"/>
              </w:rPr>
            </w:r>
            <w:r w:rsidRPr="00331AEB">
              <w:rPr>
                <w:rFonts w:ascii="Lato" w:hAnsi="Lato"/>
                <w:sz w:val="28"/>
                <w:szCs w:val="28"/>
              </w:rPr>
              <w:fldChar w:fldCharType="separate"/>
            </w:r>
            <w:r w:rsidRPr="00331AEB">
              <w:rPr>
                <w:rFonts w:ascii="Lato" w:hAnsi="Lato"/>
                <w:i/>
                <w:sz w:val="28"/>
                <w:szCs w:val="28"/>
              </w:rPr>
              <w:t>Click here to enter partner</w:t>
            </w:r>
            <w:r w:rsidRPr="00331AEB">
              <w:rPr>
                <w:rFonts w:ascii="Lato" w:hAnsi="Lato"/>
                <w:sz w:val="28"/>
                <w:szCs w:val="28"/>
              </w:rPr>
              <w:fldChar w:fldCharType="end"/>
            </w:r>
          </w:p>
        </w:tc>
        <w:tc>
          <w:tcPr>
            <w:tcW w:w="1634" w:type="dxa"/>
            <w:tcBorders>
              <w:top w:val="single" w:sz="4" w:space="0" w:color="CCCCCC"/>
              <w:left w:val="single" w:sz="4" w:space="0" w:color="CCCCCC"/>
              <w:bottom w:val="single" w:sz="4" w:space="0" w:color="CCCCCC"/>
              <w:right w:val="single" w:sz="4" w:space="0" w:color="CCCCCC"/>
            </w:tcBorders>
            <w:shd w:val="clear" w:color="auto" w:fill="F9FAFC"/>
            <w:tcMar>
              <w:top w:w="60" w:type="dxa"/>
              <w:left w:w="80" w:type="dxa"/>
              <w:bottom w:w="60" w:type="dxa"/>
              <w:right w:w="80" w:type="dxa"/>
            </w:tcMar>
          </w:tcPr>
          <w:p w14:paraId="66F3419A" w14:textId="77777777" w:rsidR="000E0799" w:rsidRPr="00331AEB" w:rsidRDefault="00000000">
            <w:pPr>
              <w:spacing w:after="0"/>
              <w:rPr>
                <w:rFonts w:ascii="Lato" w:hAnsi="Lato"/>
                <w:sz w:val="28"/>
                <w:szCs w:val="28"/>
              </w:rPr>
            </w:pPr>
            <w:r w:rsidRPr="00331AEB">
              <w:rPr>
                <w:rFonts w:ascii="Lato" w:hAnsi="Lato"/>
                <w:sz w:val="28"/>
                <w:szCs w:val="28"/>
              </w:rPr>
              <w:fldChar w:fldCharType="begin">
                <w:ffData>
                  <w:name w:val="todo_row_3_col_2"/>
                  <w:enabled/>
                  <w:calcOnExit w:val="0"/>
                  <w:textInput/>
                </w:ffData>
              </w:fldChar>
            </w:r>
            <w:r w:rsidRPr="00331AEB">
              <w:rPr>
                <w:rFonts w:ascii="Lato" w:hAnsi="Lato"/>
                <w:sz w:val="28"/>
                <w:szCs w:val="28"/>
              </w:rPr>
              <w:instrText xml:space="preserve"> FORMTEXT </w:instrText>
            </w:r>
            <w:r w:rsidRPr="00331AEB">
              <w:rPr>
                <w:rFonts w:ascii="Lato" w:hAnsi="Lato"/>
                <w:sz w:val="28"/>
                <w:szCs w:val="28"/>
              </w:rPr>
            </w:r>
            <w:r w:rsidRPr="00331AEB">
              <w:rPr>
                <w:rFonts w:ascii="Lato" w:hAnsi="Lato"/>
                <w:sz w:val="28"/>
                <w:szCs w:val="28"/>
              </w:rPr>
              <w:fldChar w:fldCharType="separate"/>
            </w:r>
            <w:r w:rsidRPr="00331AEB">
              <w:rPr>
                <w:rFonts w:ascii="Lato" w:hAnsi="Lato"/>
                <w:i/>
                <w:sz w:val="28"/>
                <w:szCs w:val="28"/>
              </w:rPr>
              <w:t>Enter date</w:t>
            </w:r>
            <w:r w:rsidRPr="00331AEB">
              <w:rPr>
                <w:rFonts w:ascii="Lato" w:hAnsi="Lato"/>
                <w:sz w:val="28"/>
                <w:szCs w:val="28"/>
              </w:rPr>
              <w:fldChar w:fldCharType="end"/>
            </w:r>
          </w:p>
        </w:tc>
        <w:tc>
          <w:tcPr>
            <w:tcW w:w="1440" w:type="dxa"/>
            <w:tcBorders>
              <w:top w:val="single" w:sz="4" w:space="0" w:color="CCCCCC"/>
              <w:left w:val="single" w:sz="4" w:space="0" w:color="CCCCCC"/>
              <w:bottom w:val="single" w:sz="4" w:space="0" w:color="CCCCCC"/>
              <w:right w:val="single" w:sz="4" w:space="0" w:color="CCCCCC"/>
            </w:tcBorders>
            <w:shd w:val="clear" w:color="auto" w:fill="F9FAFC"/>
            <w:tcMar>
              <w:top w:w="60" w:type="dxa"/>
              <w:left w:w="80" w:type="dxa"/>
              <w:bottom w:w="60" w:type="dxa"/>
              <w:right w:w="80" w:type="dxa"/>
            </w:tcMar>
          </w:tcPr>
          <w:p w14:paraId="1D28A383" w14:textId="77777777" w:rsidR="000E0799" w:rsidRPr="00331AEB" w:rsidRDefault="00000000">
            <w:pPr>
              <w:spacing w:after="0"/>
              <w:rPr>
                <w:rFonts w:ascii="Lato" w:hAnsi="Lato"/>
                <w:sz w:val="28"/>
                <w:szCs w:val="28"/>
              </w:rPr>
            </w:pPr>
            <w:r w:rsidRPr="00331AEB">
              <w:rPr>
                <w:rFonts w:ascii="Lato" w:hAnsi="Lato"/>
                <w:sz w:val="28"/>
                <w:szCs w:val="28"/>
              </w:rPr>
              <w:fldChar w:fldCharType="begin">
                <w:ffData>
                  <w:name w:val="todo_row_3_col_3"/>
                  <w:enabled/>
                  <w:calcOnExit w:val="0"/>
                  <w:textInput/>
                </w:ffData>
              </w:fldChar>
            </w:r>
            <w:r w:rsidRPr="00331AEB">
              <w:rPr>
                <w:rFonts w:ascii="Lato" w:hAnsi="Lato"/>
                <w:sz w:val="28"/>
                <w:szCs w:val="28"/>
              </w:rPr>
              <w:instrText xml:space="preserve"> FORMTEXT </w:instrText>
            </w:r>
            <w:r w:rsidRPr="00331AEB">
              <w:rPr>
                <w:rFonts w:ascii="Lato" w:hAnsi="Lato"/>
                <w:sz w:val="28"/>
                <w:szCs w:val="28"/>
              </w:rPr>
            </w:r>
            <w:r w:rsidRPr="00331AEB">
              <w:rPr>
                <w:rFonts w:ascii="Lato" w:hAnsi="Lato"/>
                <w:sz w:val="28"/>
                <w:szCs w:val="28"/>
              </w:rPr>
              <w:fldChar w:fldCharType="separate"/>
            </w:r>
            <w:r w:rsidRPr="00331AEB">
              <w:rPr>
                <w:rFonts w:ascii="Lato" w:hAnsi="Lato"/>
                <w:i/>
                <w:sz w:val="28"/>
                <w:szCs w:val="28"/>
              </w:rPr>
              <w:t>Enter status</w:t>
            </w:r>
            <w:r w:rsidRPr="00331AEB">
              <w:rPr>
                <w:rFonts w:ascii="Lato" w:hAnsi="Lato"/>
                <w:sz w:val="28"/>
                <w:szCs w:val="28"/>
              </w:rPr>
              <w:fldChar w:fldCharType="end"/>
            </w:r>
          </w:p>
        </w:tc>
      </w:tr>
      <w:tr w:rsidR="000E0799" w:rsidRPr="00331AEB" w14:paraId="64B898D8" w14:textId="77777777" w:rsidTr="00331AEB">
        <w:trPr>
          <w:jc w:val="center"/>
        </w:trPr>
        <w:tc>
          <w:tcPr>
            <w:tcW w:w="7841"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48DB699C" w14:textId="77777777" w:rsidR="000E0799" w:rsidRPr="00331AEB" w:rsidRDefault="00000000">
            <w:pPr>
              <w:spacing w:after="0"/>
              <w:rPr>
                <w:rFonts w:ascii="Lato" w:hAnsi="Lato"/>
                <w:sz w:val="28"/>
                <w:szCs w:val="28"/>
              </w:rPr>
            </w:pPr>
            <w:r w:rsidRPr="00331AEB">
              <w:rPr>
                <w:rFonts w:ascii="Lato" w:hAnsi="Lato"/>
                <w:sz w:val="28"/>
                <w:szCs w:val="28"/>
              </w:rPr>
              <w:fldChar w:fldCharType="begin">
                <w:ffData>
                  <w:name w:val="todo_row_4_col_0"/>
                  <w:enabled/>
                  <w:calcOnExit w:val="0"/>
                  <w:textInput/>
                </w:ffData>
              </w:fldChar>
            </w:r>
            <w:r w:rsidRPr="00331AEB">
              <w:rPr>
                <w:rFonts w:ascii="Lato" w:hAnsi="Lato"/>
                <w:sz w:val="28"/>
                <w:szCs w:val="28"/>
              </w:rPr>
              <w:instrText xml:space="preserve"> FORMTEXT </w:instrText>
            </w:r>
            <w:r w:rsidRPr="00331AEB">
              <w:rPr>
                <w:rFonts w:ascii="Lato" w:hAnsi="Lato"/>
                <w:sz w:val="28"/>
                <w:szCs w:val="28"/>
              </w:rPr>
            </w:r>
            <w:r w:rsidRPr="00331AEB">
              <w:rPr>
                <w:rFonts w:ascii="Lato" w:hAnsi="Lato"/>
                <w:sz w:val="28"/>
                <w:szCs w:val="28"/>
              </w:rPr>
              <w:fldChar w:fldCharType="separate"/>
            </w:r>
            <w:r w:rsidRPr="00331AEB">
              <w:rPr>
                <w:rFonts w:ascii="Lato" w:hAnsi="Lato"/>
                <w:i/>
                <w:sz w:val="28"/>
                <w:szCs w:val="28"/>
              </w:rPr>
              <w:t>Click here to enter action item</w:t>
            </w:r>
            <w:r w:rsidRPr="00331AEB">
              <w:rPr>
                <w:rFonts w:ascii="Lato" w:hAnsi="Lato"/>
                <w:sz w:val="28"/>
                <w:szCs w:val="28"/>
              </w:rPr>
              <w:fldChar w:fldCharType="end"/>
            </w:r>
          </w:p>
        </w:tc>
        <w:tc>
          <w:tcPr>
            <w:tcW w:w="27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246F5C71" w14:textId="77777777" w:rsidR="000E0799" w:rsidRPr="00331AEB" w:rsidRDefault="00000000">
            <w:pPr>
              <w:spacing w:after="0"/>
              <w:rPr>
                <w:rFonts w:ascii="Lato" w:hAnsi="Lato"/>
                <w:sz w:val="28"/>
                <w:szCs w:val="28"/>
              </w:rPr>
            </w:pPr>
            <w:r w:rsidRPr="00331AEB">
              <w:rPr>
                <w:rFonts w:ascii="Lato" w:hAnsi="Lato"/>
                <w:sz w:val="28"/>
                <w:szCs w:val="28"/>
              </w:rPr>
              <w:fldChar w:fldCharType="begin">
                <w:ffData>
                  <w:name w:val="todo_row_4_col_1"/>
                  <w:enabled/>
                  <w:calcOnExit w:val="0"/>
                  <w:textInput/>
                </w:ffData>
              </w:fldChar>
            </w:r>
            <w:r w:rsidRPr="00331AEB">
              <w:rPr>
                <w:rFonts w:ascii="Lato" w:hAnsi="Lato"/>
                <w:sz w:val="28"/>
                <w:szCs w:val="28"/>
              </w:rPr>
              <w:instrText xml:space="preserve"> FORMTEXT </w:instrText>
            </w:r>
            <w:r w:rsidRPr="00331AEB">
              <w:rPr>
                <w:rFonts w:ascii="Lato" w:hAnsi="Lato"/>
                <w:sz w:val="28"/>
                <w:szCs w:val="28"/>
              </w:rPr>
            </w:r>
            <w:r w:rsidRPr="00331AEB">
              <w:rPr>
                <w:rFonts w:ascii="Lato" w:hAnsi="Lato"/>
                <w:sz w:val="28"/>
                <w:szCs w:val="28"/>
              </w:rPr>
              <w:fldChar w:fldCharType="separate"/>
            </w:r>
            <w:r w:rsidRPr="00331AEB">
              <w:rPr>
                <w:rFonts w:ascii="Lato" w:hAnsi="Lato"/>
                <w:i/>
                <w:sz w:val="28"/>
                <w:szCs w:val="28"/>
              </w:rPr>
              <w:t>Click here to enter partner</w:t>
            </w:r>
            <w:r w:rsidRPr="00331AEB">
              <w:rPr>
                <w:rFonts w:ascii="Lato" w:hAnsi="Lato"/>
                <w:sz w:val="28"/>
                <w:szCs w:val="28"/>
              </w:rPr>
              <w:fldChar w:fldCharType="end"/>
            </w:r>
          </w:p>
        </w:tc>
        <w:tc>
          <w:tcPr>
            <w:tcW w:w="1634"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5F3A1B90" w14:textId="77777777" w:rsidR="000E0799" w:rsidRPr="00331AEB" w:rsidRDefault="00000000">
            <w:pPr>
              <w:spacing w:after="0"/>
              <w:rPr>
                <w:rFonts w:ascii="Lato" w:hAnsi="Lato"/>
                <w:sz w:val="28"/>
                <w:szCs w:val="28"/>
              </w:rPr>
            </w:pPr>
            <w:r w:rsidRPr="00331AEB">
              <w:rPr>
                <w:rFonts w:ascii="Lato" w:hAnsi="Lato"/>
                <w:sz w:val="28"/>
                <w:szCs w:val="28"/>
              </w:rPr>
              <w:fldChar w:fldCharType="begin">
                <w:ffData>
                  <w:name w:val="todo_row_4_col_2"/>
                  <w:enabled/>
                  <w:calcOnExit w:val="0"/>
                  <w:textInput/>
                </w:ffData>
              </w:fldChar>
            </w:r>
            <w:r w:rsidRPr="00331AEB">
              <w:rPr>
                <w:rFonts w:ascii="Lato" w:hAnsi="Lato"/>
                <w:sz w:val="28"/>
                <w:szCs w:val="28"/>
              </w:rPr>
              <w:instrText xml:space="preserve"> FORMTEXT </w:instrText>
            </w:r>
            <w:r w:rsidRPr="00331AEB">
              <w:rPr>
                <w:rFonts w:ascii="Lato" w:hAnsi="Lato"/>
                <w:sz w:val="28"/>
                <w:szCs w:val="28"/>
              </w:rPr>
            </w:r>
            <w:r w:rsidRPr="00331AEB">
              <w:rPr>
                <w:rFonts w:ascii="Lato" w:hAnsi="Lato"/>
                <w:sz w:val="28"/>
                <w:szCs w:val="28"/>
              </w:rPr>
              <w:fldChar w:fldCharType="separate"/>
            </w:r>
            <w:r w:rsidRPr="00331AEB">
              <w:rPr>
                <w:rFonts w:ascii="Lato" w:hAnsi="Lato"/>
                <w:i/>
                <w:sz w:val="28"/>
                <w:szCs w:val="28"/>
              </w:rPr>
              <w:t>Enter date</w:t>
            </w:r>
            <w:r w:rsidRPr="00331AEB">
              <w:rPr>
                <w:rFonts w:ascii="Lato" w:hAnsi="Lato"/>
                <w:sz w:val="28"/>
                <w:szCs w:val="28"/>
              </w:rPr>
              <w:fldChar w:fldCharType="end"/>
            </w:r>
          </w:p>
        </w:tc>
        <w:tc>
          <w:tcPr>
            <w:tcW w:w="1440"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53404C36" w14:textId="77777777" w:rsidR="000E0799" w:rsidRPr="00331AEB" w:rsidRDefault="00000000">
            <w:pPr>
              <w:spacing w:after="0"/>
              <w:rPr>
                <w:rFonts w:ascii="Lato" w:hAnsi="Lato"/>
                <w:sz w:val="28"/>
                <w:szCs w:val="28"/>
              </w:rPr>
            </w:pPr>
            <w:r w:rsidRPr="00331AEB">
              <w:rPr>
                <w:rFonts w:ascii="Lato" w:hAnsi="Lato"/>
                <w:sz w:val="28"/>
                <w:szCs w:val="28"/>
              </w:rPr>
              <w:fldChar w:fldCharType="begin">
                <w:ffData>
                  <w:name w:val="todo_row_4_col_3"/>
                  <w:enabled/>
                  <w:calcOnExit w:val="0"/>
                  <w:textInput/>
                </w:ffData>
              </w:fldChar>
            </w:r>
            <w:r w:rsidRPr="00331AEB">
              <w:rPr>
                <w:rFonts w:ascii="Lato" w:hAnsi="Lato"/>
                <w:sz w:val="28"/>
                <w:szCs w:val="28"/>
              </w:rPr>
              <w:instrText xml:space="preserve"> FORMTEXT </w:instrText>
            </w:r>
            <w:r w:rsidRPr="00331AEB">
              <w:rPr>
                <w:rFonts w:ascii="Lato" w:hAnsi="Lato"/>
                <w:sz w:val="28"/>
                <w:szCs w:val="28"/>
              </w:rPr>
            </w:r>
            <w:r w:rsidRPr="00331AEB">
              <w:rPr>
                <w:rFonts w:ascii="Lato" w:hAnsi="Lato"/>
                <w:sz w:val="28"/>
                <w:szCs w:val="28"/>
              </w:rPr>
              <w:fldChar w:fldCharType="separate"/>
            </w:r>
            <w:r w:rsidRPr="00331AEB">
              <w:rPr>
                <w:rFonts w:ascii="Lato" w:hAnsi="Lato"/>
                <w:i/>
                <w:sz w:val="28"/>
                <w:szCs w:val="28"/>
              </w:rPr>
              <w:t>Enter status</w:t>
            </w:r>
            <w:r w:rsidRPr="00331AEB">
              <w:rPr>
                <w:rFonts w:ascii="Lato" w:hAnsi="Lato"/>
                <w:sz w:val="28"/>
                <w:szCs w:val="28"/>
              </w:rPr>
              <w:fldChar w:fldCharType="end"/>
            </w:r>
          </w:p>
        </w:tc>
      </w:tr>
    </w:tbl>
    <w:p w14:paraId="712F01FF" w14:textId="77777777" w:rsidR="006D7F73" w:rsidRDefault="006D7F73" w:rsidP="006D7F73">
      <w:pPr>
        <w:jc w:val="center"/>
        <w:rPr>
          <w:rFonts w:ascii="Lato" w:hAnsi="Lato"/>
          <w:color w:val="000000"/>
          <w:sz w:val="24"/>
          <w:szCs w:val="24"/>
        </w:rPr>
      </w:pPr>
    </w:p>
    <w:p w14:paraId="18CC7F85" w14:textId="1E991107" w:rsidR="00965204" w:rsidRPr="006D7F73" w:rsidRDefault="006D7F73" w:rsidP="006D7F73">
      <w:pPr>
        <w:jc w:val="center"/>
        <w:rPr>
          <w:rFonts w:ascii="Lato" w:hAnsi="Lato"/>
          <w:sz w:val="24"/>
          <w:szCs w:val="24"/>
        </w:rPr>
      </w:pPr>
      <w:r w:rsidRPr="000F188E">
        <w:rPr>
          <w:rFonts w:ascii="Lato" w:hAnsi="Lato"/>
          <w:color w:val="000000"/>
          <w:sz w:val="24"/>
          <w:szCs w:val="24"/>
        </w:rPr>
        <w:t>The Transition Improvement Grant (TIG) (CFDA# 84.027A) acknowledges the support of the Wisconsin Department of Public Instruction in the development of this material and for the continued support of this federally funded grant program. There are no copyright restrictions on this document; however, please credit the Wisconsin DPI and support of federal funds when copying all or part of this material.</w:t>
      </w:r>
    </w:p>
    <w:sectPr w:rsidR="00965204" w:rsidRPr="006D7F73" w:rsidSect="004F3FA4">
      <w:pgSz w:w="15840" w:h="12226" w:orient="landscape"/>
      <w:pgMar w:top="720" w:right="806" w:bottom="720" w:left="72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49CAFB" w14:textId="77777777" w:rsidR="00642D4B" w:rsidRDefault="00642D4B" w:rsidP="004F3FA4">
      <w:pPr>
        <w:spacing w:after="0" w:line="240" w:lineRule="auto"/>
      </w:pPr>
      <w:r>
        <w:separator/>
      </w:r>
    </w:p>
  </w:endnote>
  <w:endnote w:type="continuationSeparator" w:id="0">
    <w:p w14:paraId="207A88B7" w14:textId="77777777" w:rsidR="00642D4B" w:rsidRDefault="00642D4B" w:rsidP="004F3F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Lato">
    <w:panose1 w:val="020F0502020204030203"/>
    <w:charset w:val="00"/>
    <w:family w:val="swiss"/>
    <w:pitch w:val="variable"/>
    <w:sig w:usb0="E10002FF" w:usb1="5000ECF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1579B1" w14:textId="77777777" w:rsidR="00642D4B" w:rsidRDefault="00642D4B" w:rsidP="004F3FA4">
      <w:pPr>
        <w:spacing w:after="0" w:line="240" w:lineRule="auto"/>
      </w:pPr>
      <w:r>
        <w:separator/>
      </w:r>
    </w:p>
  </w:footnote>
  <w:footnote w:type="continuationSeparator" w:id="0">
    <w:p w14:paraId="3F219421" w14:textId="77777777" w:rsidR="00642D4B" w:rsidRDefault="00642D4B" w:rsidP="004F3F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7482866">
    <w:abstractNumId w:val="8"/>
  </w:num>
  <w:num w:numId="2" w16cid:durableId="1045060471">
    <w:abstractNumId w:val="6"/>
  </w:num>
  <w:num w:numId="3" w16cid:durableId="1013609821">
    <w:abstractNumId w:val="5"/>
  </w:num>
  <w:num w:numId="4" w16cid:durableId="467747979">
    <w:abstractNumId w:val="4"/>
  </w:num>
  <w:num w:numId="5" w16cid:durableId="1348823975">
    <w:abstractNumId w:val="7"/>
  </w:num>
  <w:num w:numId="6" w16cid:durableId="27292791">
    <w:abstractNumId w:val="3"/>
  </w:num>
  <w:num w:numId="7" w16cid:durableId="1880781887">
    <w:abstractNumId w:val="2"/>
  </w:num>
  <w:num w:numId="8" w16cid:durableId="161818758">
    <w:abstractNumId w:val="1"/>
  </w:num>
  <w:num w:numId="9" w16cid:durableId="76823129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0799"/>
    <w:rsid w:val="0015074B"/>
    <w:rsid w:val="0029639D"/>
    <w:rsid w:val="00326F90"/>
    <w:rsid w:val="00331AEB"/>
    <w:rsid w:val="004F3FA4"/>
    <w:rsid w:val="00642D4B"/>
    <w:rsid w:val="006D7F73"/>
    <w:rsid w:val="00801D4E"/>
    <w:rsid w:val="00965204"/>
    <w:rsid w:val="00A2166E"/>
    <w:rsid w:val="00AA1D8D"/>
    <w:rsid w:val="00B47730"/>
    <w:rsid w:val="00CB0664"/>
    <w:rsid w:val="00D07C56"/>
    <w:rsid w:val="00D42EB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898F65"/>
  <w14:defaultImageDpi w14:val="300"/>
  <w15:docId w15:val="{9673E762-18CE-8D43-8E8B-3EB938EAC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352</Words>
  <Characters>1782</Characters>
  <Application>Microsoft Office Word</Application>
  <DocSecurity>0</DocSecurity>
  <Lines>96</Lines>
  <Paragraphs>57</Paragraphs>
  <ScaleCrop>false</ScaleCrop>
  <HeadingPairs>
    <vt:vector size="2" baseType="variant">
      <vt:variant>
        <vt:lpstr>Title</vt:lpstr>
      </vt:variant>
      <vt:variant>
        <vt:i4>1</vt:i4>
      </vt:variant>
    </vt:vector>
  </HeadingPairs>
  <TitlesOfParts>
    <vt:vector size="1" baseType="lpstr">
      <vt:lpstr>CCoT Agenda Template</vt:lpstr>
    </vt:vector>
  </TitlesOfParts>
  <Manager/>
  <Company/>
  <LinksUpToDate>false</LinksUpToDate>
  <CharactersWithSpaces>2077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CCoT Agenda Template Fillable</dc:title>
  <dc:subject/>
  <dc:creator>Shana Ratzburg</dc:creator>
  <cp:keywords/>
  <dc:description/>
  <cp:lastModifiedBy>Shana Ratzburg</cp:lastModifiedBy>
  <cp:revision>4</cp:revision>
  <dcterms:created xsi:type="dcterms:W3CDTF">2026-08-24T16:31:00Z</dcterms:created>
  <dcterms:modified xsi:type="dcterms:W3CDTF">2026-08-24T18:41:00Z</dcterms:modified>
  <cp:category/>
</cp:coreProperties>
</file>