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7D89DA" w14:textId="19922A31" w:rsidR="00A7075A" w:rsidRDefault="00DC6323" w:rsidP="00AF6DC8">
      <w:pPr>
        <w:pStyle w:val="Title"/>
      </w:pPr>
      <w:r>
        <w:rPr>
          <w:noProof/>
        </w:rPr>
        <mc:AlternateContent>
          <mc:Choice Requires="wpg">
            <w:drawing>
              <wp:anchor distT="0" distB="0" distL="114300" distR="114300" simplePos="0" relativeHeight="251661312" behindDoc="0" locked="0" layoutInCell="1" allowOverlap="1" wp14:anchorId="4AEB8B35" wp14:editId="1E9C2150">
                <wp:simplePos x="0" y="0"/>
                <wp:positionH relativeFrom="margin">
                  <wp:align>center</wp:align>
                </wp:positionH>
                <wp:positionV relativeFrom="paragraph">
                  <wp:posOffset>238125</wp:posOffset>
                </wp:positionV>
                <wp:extent cx="6823075" cy="634365"/>
                <wp:effectExtent l="0" t="0" r="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23075" cy="634365"/>
                          <a:chOff x="0" y="0"/>
                          <a:chExt cx="6823075" cy="634365"/>
                        </a:xfrm>
                      </wpg:grpSpPr>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4260" cy="590550"/>
                          </a:xfrm>
                          <a:prstGeom prst="rect">
                            <a:avLst/>
                          </a:prstGeom>
                          <a:noFill/>
                          <a:ln>
                            <a:noFill/>
                          </a:ln>
                        </pic:spPr>
                      </pic:pic>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5724525" y="9525"/>
                            <a:ext cx="1098550" cy="624840"/>
                          </a:xfrm>
                          <a:prstGeom prst="rect">
                            <a:avLst/>
                          </a:prstGeom>
                          <a:noFill/>
                          <a:ln>
                            <a:noFill/>
                          </a:ln>
                        </pic:spPr>
                      </pic:pic>
                    </wpg:wgp>
                  </a:graphicData>
                </a:graphic>
              </wp:anchor>
            </w:drawing>
          </mc:Choice>
          <mc:Fallback>
            <w:pict>
              <v:group w14:anchorId="61AA9371" id="Group 3" o:spid="_x0000_s1026" alt="&quot;&quot;" style="position:absolute;margin-left:0;margin-top:18.75pt;width:537.25pt;height:49.95pt;z-index:251661312;mso-position-horizontal:center;mso-position-horizontal-relative:margin" coordsize="68230,634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Cv7aP/Bcjwj+zn4/n8K+DdDXx9q2mymLUroX32axtJBkNEjhHMrq&#10;RhsAKDxuJBA9HLcpxeYVfY4SDk9+yXq3ojjx2YYfB0/aYmXKvz9EtWfdVFeV/saftX6L+2f8B9N8&#10;caLbyaeLiR7W+sJZBJJp9zHjfEWAAbgqytgZV1OATgeqVyYjD1KFWVGsrSi7Ndmjoo1oVaaq03eL&#10;V0/IKKKKxN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TD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U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quot;&quot;" style="position:absolute;width:10642;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">
                  <v:imagedata r:id="rId8" o:title=""/>
                </v:shape>
                <v:shape id="Picture 4" o:spid="_x0000_s1028" type="#_x0000_t75" alt="&quot;&quot;" style="position:absolute;left:57245;top:95;width:10985;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">
                  <v:imagedata r:id="rId9" o:title=""/>
                </v:shape>
                <w10:wrap anchorx="margin"/>
              </v:group>
            </w:pict>
          </mc:Fallback>
        </mc:AlternateContent>
      </w:r>
      <w:r w:rsidR="00A7075A">
        <w:rPr>
          <w:noProof/>
        </w:rPr>
        <mc:AlternateContent>
          <mc:Choice Requires="wps">
            <w:drawing>
              <wp:anchor distT="0" distB="0" distL="114300" distR="114300" simplePos="0" relativeHeight="251662336" behindDoc="0" locked="0" layoutInCell="1" allowOverlap="1" wp14:anchorId="3FC3D605" wp14:editId="66B6CEBB">
                <wp:simplePos x="0" y="0"/>
                <wp:positionH relativeFrom="margin">
                  <wp:align>center</wp:align>
                </wp:positionH>
                <wp:positionV relativeFrom="paragraph">
                  <wp:posOffset>95250</wp:posOffset>
                </wp:positionV>
                <wp:extent cx="4086225" cy="914400"/>
                <wp:effectExtent l="0" t="0" r="9525" b="0"/>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086225" cy="914400"/>
                        </a:xfrm>
                        <a:prstGeom prst="rect">
                          <a:avLst/>
                        </a:prstGeom>
                        <a:solidFill>
                          <a:schemeClr val="lt1"/>
                        </a:solidFill>
                        <a:ln w="6350">
                          <a:noFill/>
                        </a:ln>
                      </wps:spPr>
                      <wps:txbx>
                        <w:txbxContent>
                          <w:p w14:paraId="1682CA24" w14:textId="0749E6CE" w:rsidR="00A7075A" w:rsidRPr="00A7075A" w:rsidRDefault="00A7075A" w:rsidP="00A7075A">
                            <w:pPr>
                              <w:pStyle w:val="Title"/>
                              <w:jc w:val="center"/>
                              <w:rPr>
                                <w:rFonts w:ascii="Lato" w:hAnsi="Lato"/>
                              </w:rPr>
                            </w:pPr>
                            <w:r w:rsidRPr="00A7075A">
                              <w:rPr>
                                <w:rFonts w:ascii="Lato" w:hAnsi="Lato"/>
                              </w:rPr>
                              <w:t>A Simple Process for Using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C3D605" id="_x0000_t202" coordsize="21600,21600" o:spt="202" path="m,l,21600r21600,l21600,xe">
                <v:stroke joinstyle="miter"/>
                <v:path gradientshapeok="t" o:connecttype="rect"/>
              </v:shapetype>
              <v:shape id="Text Box 1" o:spid="_x0000_s1026" type="#_x0000_t202" alt="&quot;&quot;" style="position:absolute;margin-left:0;margin-top:7.5pt;width:321.75pt;height:1in;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" fillcolor="white [3201]" stroked="f" strokeweight=".5pt">
                <v:textbox>
                  <w:txbxContent>
                    <w:p w14:paraId="1682CA24" w14:textId="0749E6CE" w:rsidR="00A7075A" w:rsidRPr="00A7075A" w:rsidRDefault="00A7075A" w:rsidP="00A7075A">
                      <w:pPr>
                        <w:pStyle w:val="Title"/>
                        <w:jc w:val="center"/>
                        <w:rPr>
                          <w:rFonts w:ascii="Lato" w:hAnsi="Lato"/>
                        </w:rPr>
                      </w:pPr>
                      <w:r w:rsidRPr="00A7075A">
                        <w:rPr>
                          <w:rFonts w:ascii="Lato" w:hAnsi="Lato"/>
                        </w:rPr>
                        <w:t>A Simple Process for Using Data</w:t>
                      </w:r>
                    </w:p>
                  </w:txbxContent>
                </v:textbox>
                <w10:wrap anchorx="margin"/>
              </v:shape>
            </w:pict>
          </mc:Fallback>
        </mc:AlternateContent>
      </w:r>
    </w:p>
    <w:p w14:paraId="0BC3DE38" w14:textId="6DFEB5B9" w:rsidR="00A7075A" w:rsidRDefault="00A7075A" w:rsidP="00AF6DC8">
      <w:pPr>
        <w:pStyle w:val="Title"/>
      </w:pPr>
      <w:r>
        <w:t xml:space="preserve">                </w:t>
      </w:r>
    </w:p>
    <w:p w14:paraId="0C735887" w14:textId="77777777" w:rsidR="00A7075A" w:rsidRPr="00DC6323" w:rsidRDefault="00A7075A" w:rsidP="00AF6DC8">
      <w:pPr>
        <w:pStyle w:val="Title"/>
        <w:rPr>
          <w:sz w:val="24"/>
          <w:szCs w:val="24"/>
        </w:rPr>
      </w:pPr>
    </w:p>
    <w:p w14:paraId="5900C851" w14:textId="01672EAE" w:rsidR="00DE62AC" w:rsidRPr="00DE62AC" w:rsidRDefault="00DC6323" w:rsidP="00DE62AC">
      <w:pPr>
        <w:rPr>
          <w:rFonts w:ascii="Lato" w:hAnsi="Lato"/>
          <w:bCs/>
          <w:sz w:val="28"/>
          <w:szCs w:val="28"/>
        </w:rPr>
      </w:pPr>
      <w:r w:rsidRPr="00DC6323">
        <w:rPr>
          <w:rFonts w:ascii="Lato" w:hAnsi="Lato"/>
          <w:sz w:val="28"/>
          <w:szCs w:val="28"/>
        </w:rPr>
        <w:t xml:space="preserve">Review your local transition data together and complete the reflection sheet using </w:t>
      </w:r>
      <w:r w:rsidR="00DE62AC">
        <w:rPr>
          <w:rFonts w:ascii="Lato" w:hAnsi="Lato"/>
          <w:sz w:val="28"/>
          <w:szCs w:val="28"/>
        </w:rPr>
        <w:t xml:space="preserve">steps 1-4 below. </w:t>
      </w:r>
      <w:r w:rsidR="00DE62AC" w:rsidRPr="00DE62AC">
        <w:rPr>
          <w:rFonts w:ascii="Lato" w:hAnsi="Lato"/>
          <w:bCs/>
          <w:sz w:val="28"/>
          <w:szCs w:val="28"/>
        </w:rPr>
        <w:t xml:space="preserve">After reviewing your data, record your team findings under the Team Data Reflection </w:t>
      </w:r>
      <w:r w:rsidR="00DE62AC">
        <w:rPr>
          <w:rFonts w:ascii="Lato" w:hAnsi="Lato"/>
          <w:bCs/>
          <w:sz w:val="28"/>
          <w:szCs w:val="28"/>
        </w:rPr>
        <w:t xml:space="preserve">&amp; Action Planning </w:t>
      </w:r>
      <w:r w:rsidR="00DE62AC" w:rsidRPr="00DE62AC">
        <w:rPr>
          <w:rFonts w:ascii="Lato" w:hAnsi="Lato"/>
          <w:bCs/>
          <w:sz w:val="28"/>
          <w:szCs w:val="28"/>
        </w:rPr>
        <w:t>section.</w:t>
      </w:r>
    </w:p>
    <w:p w14:paraId="20D8BB20" w14:textId="118AFD44" w:rsidR="009B4A7C" w:rsidRPr="00DC6323" w:rsidRDefault="002F0EB4">
      <w:pPr>
        <w:keepNext/>
        <w:spacing w:before="200" w:after="80"/>
        <w:rPr>
          <w:rFonts w:ascii="Lato" w:hAnsi="Lato"/>
          <w:sz w:val="28"/>
          <w:szCs w:val="28"/>
        </w:rPr>
      </w:pPr>
      <w:r w:rsidRPr="00DC6323">
        <w:rPr>
          <w:rFonts w:ascii="Lato" w:hAnsi="Lato"/>
          <w:b/>
          <w:color w:val="3565A9"/>
          <w:sz w:val="28"/>
          <w:szCs w:val="28"/>
        </w:rPr>
        <w:t>STEP 1: UNDERSTAND YOUR COMMUNITY</w:t>
      </w:r>
    </w:p>
    <w:p w14:paraId="358F9058" w14:textId="77777777" w:rsidR="009B4A7C" w:rsidRPr="00DC6323" w:rsidRDefault="002F0EB4">
      <w:pPr>
        <w:rPr>
          <w:rFonts w:ascii="Lato" w:hAnsi="Lato"/>
          <w:sz w:val="28"/>
          <w:szCs w:val="28"/>
        </w:rPr>
      </w:pPr>
      <w:r w:rsidRPr="00DC6323">
        <w:rPr>
          <w:rFonts w:ascii="Lato" w:hAnsi="Lato"/>
          <w:sz w:val="28"/>
          <w:szCs w:val="28"/>
        </w:rPr>
        <w:t>Begin with what your team already knows:</w:t>
      </w:r>
      <w:r w:rsidRPr="00DC6323">
        <w:rPr>
          <w:rFonts w:ascii="Lato" w:hAnsi="Lato"/>
          <w:sz w:val="28"/>
          <w:szCs w:val="28"/>
        </w:rPr>
        <w:br/>
        <w:t>• Who are the youth and families we serve?</w:t>
      </w:r>
      <w:r w:rsidRPr="00DC6323">
        <w:rPr>
          <w:rFonts w:ascii="Lato" w:hAnsi="Lato"/>
          <w:sz w:val="28"/>
          <w:szCs w:val="28"/>
        </w:rPr>
        <w:br/>
        <w:t>• What strengths exist within our community?</w:t>
      </w:r>
      <w:r w:rsidRPr="00DC6323">
        <w:rPr>
          <w:rFonts w:ascii="Lato" w:hAnsi="Lato"/>
          <w:sz w:val="28"/>
          <w:szCs w:val="28"/>
        </w:rPr>
        <w:br/>
        <w:t>• What programs and resources are available?</w:t>
      </w:r>
      <w:r w:rsidRPr="00DC6323">
        <w:rPr>
          <w:rFonts w:ascii="Lato" w:hAnsi="Lato"/>
          <w:sz w:val="28"/>
          <w:szCs w:val="28"/>
        </w:rPr>
        <w:br/>
        <w:t>• What opportunities exist for employment &amp; education?</w:t>
      </w:r>
      <w:r w:rsidRPr="00DC6323">
        <w:rPr>
          <w:rFonts w:ascii="Lato" w:hAnsi="Lato"/>
          <w:sz w:val="28"/>
          <w:szCs w:val="28"/>
        </w:rPr>
        <w:br/>
        <w:t>• What barriers may impact successful transitions?</w:t>
      </w:r>
    </w:p>
    <w:p w14:paraId="5FA15203" w14:textId="77777777" w:rsidR="009B4A7C" w:rsidRPr="00DC6323" w:rsidRDefault="002F0EB4">
      <w:pPr>
        <w:keepNext/>
        <w:spacing w:before="200" w:after="80"/>
        <w:rPr>
          <w:rFonts w:ascii="Lato" w:hAnsi="Lato"/>
          <w:sz w:val="28"/>
          <w:szCs w:val="28"/>
        </w:rPr>
      </w:pPr>
      <w:r w:rsidRPr="00DC6323">
        <w:rPr>
          <w:rFonts w:ascii="Lato" w:hAnsi="Lato"/>
          <w:b/>
          <w:color w:val="3565A9"/>
          <w:sz w:val="28"/>
          <w:szCs w:val="28"/>
        </w:rPr>
        <w:t>STEP 2: GATHER &amp; REVIEW INFORMATION</w:t>
      </w:r>
    </w:p>
    <w:p w14:paraId="4AD43952" w14:textId="77777777" w:rsidR="009B4A7C" w:rsidRPr="00DC6323" w:rsidRDefault="002F0EB4">
      <w:pPr>
        <w:rPr>
          <w:rFonts w:ascii="Lato" w:hAnsi="Lato"/>
          <w:sz w:val="28"/>
          <w:szCs w:val="28"/>
        </w:rPr>
      </w:pPr>
      <w:r w:rsidRPr="00DC6323">
        <w:rPr>
          <w:rFonts w:ascii="Lato" w:hAnsi="Lato"/>
          <w:sz w:val="28"/>
          <w:szCs w:val="28"/>
        </w:rPr>
        <w:t>Identify areas of interest and find data to answer questions:</w:t>
      </w:r>
      <w:r w:rsidRPr="00DC6323">
        <w:rPr>
          <w:rFonts w:ascii="Lato" w:hAnsi="Lato"/>
          <w:sz w:val="28"/>
          <w:szCs w:val="28"/>
        </w:rPr>
        <w:br/>
        <w:t>• Postsecondary outcome &amp; Indicator 14 data</w:t>
      </w:r>
      <w:r w:rsidRPr="00DC6323">
        <w:rPr>
          <w:rFonts w:ascii="Lato" w:hAnsi="Lato"/>
          <w:sz w:val="28"/>
          <w:szCs w:val="28"/>
        </w:rPr>
        <w:br/>
        <w:t>• Labor market info (Wisconomy)</w:t>
      </w:r>
      <w:r w:rsidRPr="00DC6323">
        <w:rPr>
          <w:rFonts w:ascii="Lato" w:hAnsi="Lato"/>
          <w:sz w:val="28"/>
          <w:szCs w:val="28"/>
        </w:rPr>
        <w:br/>
        <w:t>• School, district, or regional data</w:t>
      </w:r>
      <w:r w:rsidRPr="00DC6323">
        <w:rPr>
          <w:rFonts w:ascii="Lato" w:hAnsi="Lato"/>
          <w:sz w:val="28"/>
          <w:szCs w:val="28"/>
        </w:rPr>
        <w:br/>
        <w:t>• Surveys from youth, families, and educators</w:t>
      </w:r>
      <w:r w:rsidRPr="00DC6323">
        <w:rPr>
          <w:rFonts w:ascii="Lato" w:hAnsi="Lato"/>
          <w:sz w:val="28"/>
          <w:szCs w:val="28"/>
        </w:rPr>
        <w:br/>
        <w:t>• Resource mapping and event participation</w:t>
      </w:r>
    </w:p>
    <w:p w14:paraId="4AA7DEC6" w14:textId="77777777" w:rsidR="009B4A7C" w:rsidRPr="00DC6323" w:rsidRDefault="002F0EB4">
      <w:pPr>
        <w:keepNext/>
        <w:spacing w:before="200" w:after="80"/>
        <w:rPr>
          <w:rFonts w:ascii="Lato" w:hAnsi="Lato"/>
          <w:sz w:val="28"/>
          <w:szCs w:val="28"/>
        </w:rPr>
      </w:pPr>
      <w:r w:rsidRPr="00DC6323">
        <w:rPr>
          <w:rFonts w:ascii="Lato" w:hAnsi="Lato"/>
          <w:b/>
          <w:color w:val="3565A9"/>
          <w:sz w:val="28"/>
          <w:szCs w:val="28"/>
        </w:rPr>
        <w:t>STEP 3: IDENTIFY STRENGTHS &amp; GAPS</w:t>
      </w:r>
    </w:p>
    <w:p w14:paraId="251A1F8F" w14:textId="77777777" w:rsidR="009B4A7C" w:rsidRPr="00DC6323" w:rsidRDefault="002F0EB4">
      <w:pPr>
        <w:rPr>
          <w:rFonts w:ascii="Lato" w:hAnsi="Lato"/>
          <w:sz w:val="28"/>
          <w:szCs w:val="28"/>
        </w:rPr>
      </w:pPr>
      <w:r w:rsidRPr="00DC6323">
        <w:rPr>
          <w:rFonts w:ascii="Lato" w:hAnsi="Lato"/>
          <w:sz w:val="28"/>
          <w:szCs w:val="28"/>
        </w:rPr>
        <w:t>Look for patterns and trends. Ask:</w:t>
      </w:r>
      <w:r w:rsidRPr="00DC6323">
        <w:rPr>
          <w:rFonts w:ascii="Lato" w:hAnsi="Lato"/>
          <w:sz w:val="28"/>
          <w:szCs w:val="28"/>
        </w:rPr>
        <w:br/>
        <w:t>• What is working well? Where is the success?</w:t>
      </w:r>
      <w:r w:rsidRPr="00DC6323">
        <w:rPr>
          <w:rFonts w:ascii="Lato" w:hAnsi="Lato"/>
          <w:sz w:val="28"/>
          <w:szCs w:val="28"/>
        </w:rPr>
        <w:br/>
        <w:t>• What barriers are families experiencing?</w:t>
      </w:r>
      <w:r w:rsidRPr="00DC6323">
        <w:rPr>
          <w:rFonts w:ascii="Lato" w:hAnsi="Lato"/>
          <w:sz w:val="28"/>
          <w:szCs w:val="28"/>
        </w:rPr>
        <w:br/>
        <w:t>• Are there gaps in services or outcomes?</w:t>
      </w:r>
      <w:r w:rsidRPr="00DC6323">
        <w:rPr>
          <w:rFonts w:ascii="Lato" w:hAnsi="Lato"/>
          <w:sz w:val="28"/>
          <w:szCs w:val="28"/>
        </w:rPr>
        <w:br/>
        <w:t>• What opportunities are not currently available?</w:t>
      </w:r>
    </w:p>
    <w:p w14:paraId="76396B51" w14:textId="77777777" w:rsidR="009B4A7C" w:rsidRPr="00DC6323" w:rsidRDefault="002F0EB4">
      <w:pPr>
        <w:keepNext/>
        <w:spacing w:before="200" w:after="80"/>
        <w:rPr>
          <w:rFonts w:ascii="Lato" w:hAnsi="Lato"/>
          <w:sz w:val="28"/>
          <w:szCs w:val="28"/>
        </w:rPr>
      </w:pPr>
      <w:r w:rsidRPr="00DC6323">
        <w:rPr>
          <w:rFonts w:ascii="Lato" w:hAnsi="Lato"/>
          <w:b/>
          <w:color w:val="3565A9"/>
          <w:sz w:val="28"/>
          <w:szCs w:val="28"/>
        </w:rPr>
        <w:lastRenderedPageBreak/>
        <w:t>STEP 4: TURN INFO INTO ACTION</w:t>
      </w:r>
    </w:p>
    <w:p w14:paraId="13D6EF60" w14:textId="77777777" w:rsidR="009B4A7C" w:rsidRPr="00DC6323" w:rsidRDefault="002F0EB4">
      <w:pPr>
        <w:rPr>
          <w:rFonts w:ascii="Lato" w:hAnsi="Lato"/>
          <w:sz w:val="28"/>
          <w:szCs w:val="28"/>
        </w:rPr>
      </w:pPr>
      <w:r w:rsidRPr="00DC6323">
        <w:rPr>
          <w:rFonts w:ascii="Lato" w:hAnsi="Lato"/>
          <w:sz w:val="28"/>
          <w:szCs w:val="28"/>
        </w:rPr>
        <w:t>Determine what the team should do next:</w:t>
      </w:r>
      <w:r w:rsidRPr="00DC6323">
        <w:rPr>
          <w:rFonts w:ascii="Lato" w:hAnsi="Lato"/>
          <w:sz w:val="28"/>
          <w:szCs w:val="28"/>
        </w:rPr>
        <w:br/>
        <w:t>• What priority area should we focus on?</w:t>
      </w:r>
      <w:r w:rsidRPr="00DC6323">
        <w:rPr>
          <w:rFonts w:ascii="Lato" w:hAnsi="Lato"/>
          <w:sz w:val="28"/>
          <w:szCs w:val="28"/>
        </w:rPr>
        <w:br/>
        <w:t>• What issue has the greatest impact?</w:t>
      </w:r>
      <w:r w:rsidRPr="00DC6323">
        <w:rPr>
          <w:rFonts w:ascii="Lato" w:hAnsi="Lato"/>
          <w:sz w:val="28"/>
          <w:szCs w:val="28"/>
        </w:rPr>
        <w:br/>
        <w:t>• What resources or partnerships are needed?</w:t>
      </w:r>
      <w:r w:rsidRPr="00DC6323">
        <w:rPr>
          <w:rFonts w:ascii="Lato" w:hAnsi="Lato"/>
          <w:sz w:val="28"/>
          <w:szCs w:val="28"/>
        </w:rPr>
        <w:br/>
        <w:t>• How will we know if our efforts are successful?</w:t>
      </w:r>
    </w:p>
    <w:p w14:paraId="0D0AEC21" w14:textId="77777777" w:rsidR="009B4A7C" w:rsidRPr="00DC6323" w:rsidRDefault="002F0EB4">
      <w:pPr>
        <w:keepNext/>
        <w:spacing w:before="200" w:after="80"/>
        <w:rPr>
          <w:rFonts w:ascii="Lato" w:hAnsi="Lato"/>
          <w:sz w:val="28"/>
          <w:szCs w:val="28"/>
        </w:rPr>
      </w:pPr>
      <w:r w:rsidRPr="00DC6323">
        <w:rPr>
          <w:rFonts w:ascii="Lato" w:hAnsi="Lato"/>
          <w:b/>
          <w:color w:val="3565A9"/>
          <w:sz w:val="28"/>
          <w:szCs w:val="28"/>
        </w:rPr>
        <w:t>Team Data Reflection &amp; Action Planning</w:t>
      </w:r>
    </w:p>
    <w:p w14:paraId="77116069" w14:textId="77777777" w:rsidR="009B4A7C" w:rsidRPr="00DC6323" w:rsidRDefault="002F0EB4">
      <w:pPr>
        <w:rPr>
          <w:rFonts w:ascii="Lato" w:hAnsi="Lato"/>
          <w:sz w:val="28"/>
          <w:szCs w:val="28"/>
        </w:rPr>
      </w:pPr>
      <w:r w:rsidRPr="00DC6323">
        <w:rPr>
          <w:rFonts w:ascii="Lato" w:hAnsi="Lato"/>
          <w:b/>
          <w:sz w:val="28"/>
          <w:szCs w:val="28"/>
        </w:rPr>
        <w:t>After reviewing your data, record your team findings below:</w:t>
      </w:r>
    </w:p>
    <w:p w14:paraId="70ACA5B6" w14:textId="77777777" w:rsidR="009B4A7C" w:rsidRPr="00DC6323" w:rsidRDefault="002F0EB4">
      <w:pPr>
        <w:spacing w:before="160"/>
        <w:rPr>
          <w:rFonts w:ascii="Lato" w:hAnsi="Lato"/>
          <w:sz w:val="28"/>
          <w:szCs w:val="28"/>
        </w:rPr>
      </w:pPr>
      <w:r w:rsidRPr="00DC6323">
        <w:rPr>
          <w:rFonts w:ascii="Lato" w:hAnsi="Lato"/>
          <w:b/>
          <w:sz w:val="28"/>
          <w:szCs w:val="28"/>
        </w:rPr>
        <w:t>• What do we notice / What stands out?</w:t>
      </w:r>
    </w:p>
    <w:p w14:paraId="2A5E23D7" w14:textId="77777777" w:rsidR="009B4A7C" w:rsidRPr="00DC6323" w:rsidRDefault="002F0EB4">
      <w:pPr>
        <w:rPr>
          <w:rFonts w:ascii="Lato" w:hAnsi="Lato"/>
          <w:sz w:val="28"/>
          <w:szCs w:val="28"/>
        </w:rPr>
      </w:pPr>
      <w:r w:rsidRPr="00DC6323">
        <w:rPr>
          <w:rFonts w:ascii="Lato" w:hAnsi="Lato"/>
          <w:i/>
          <w:color w:val="646464"/>
          <w:sz w:val="28"/>
          <w:szCs w:val="28"/>
          <w:shd w:val="clear" w:color="auto" w:fill="EBF3FA"/>
        </w:rPr>
        <w:t xml:space="preserve">  [Enter observations]  </w:t>
      </w:r>
    </w:p>
    <w:p w14:paraId="7891B828" w14:textId="77777777" w:rsidR="009B4A7C" w:rsidRPr="00DC6323" w:rsidRDefault="002F0EB4">
      <w:pPr>
        <w:spacing w:before="160"/>
        <w:rPr>
          <w:rFonts w:ascii="Lato" w:hAnsi="Lato"/>
          <w:sz w:val="28"/>
          <w:szCs w:val="28"/>
        </w:rPr>
      </w:pPr>
      <w:r w:rsidRPr="00DC6323">
        <w:rPr>
          <w:rFonts w:ascii="Lato" w:hAnsi="Lato"/>
          <w:b/>
          <w:sz w:val="28"/>
          <w:szCs w:val="28"/>
        </w:rPr>
        <w:t>• What questions does this raise?</w:t>
      </w:r>
    </w:p>
    <w:p w14:paraId="0952DA8F" w14:textId="77777777" w:rsidR="009B4A7C" w:rsidRPr="00DC6323" w:rsidRDefault="002F0EB4">
      <w:pPr>
        <w:rPr>
          <w:rFonts w:ascii="Lato" w:hAnsi="Lato"/>
          <w:sz w:val="28"/>
          <w:szCs w:val="28"/>
        </w:rPr>
      </w:pPr>
      <w:r w:rsidRPr="00DC6323">
        <w:rPr>
          <w:rFonts w:ascii="Lato" w:hAnsi="Lato"/>
          <w:i/>
          <w:color w:val="646464"/>
          <w:sz w:val="28"/>
          <w:szCs w:val="28"/>
          <w:shd w:val="clear" w:color="auto" w:fill="EBF3FA"/>
        </w:rPr>
        <w:t xml:space="preserve">  [Enter questions]  </w:t>
      </w:r>
    </w:p>
    <w:p w14:paraId="4A975586" w14:textId="77777777" w:rsidR="009B4A7C" w:rsidRPr="00DC6323" w:rsidRDefault="002F0EB4">
      <w:pPr>
        <w:spacing w:before="160"/>
        <w:rPr>
          <w:rFonts w:ascii="Lato" w:hAnsi="Lato"/>
          <w:sz w:val="28"/>
          <w:szCs w:val="28"/>
        </w:rPr>
      </w:pPr>
      <w:r w:rsidRPr="00DC6323">
        <w:rPr>
          <w:rFonts w:ascii="Lato" w:hAnsi="Lato"/>
          <w:b/>
          <w:sz w:val="28"/>
          <w:szCs w:val="28"/>
        </w:rPr>
        <w:t>• What might this mean for youth and families in our community?</w:t>
      </w:r>
    </w:p>
    <w:p w14:paraId="2AB8CAA6" w14:textId="77777777" w:rsidR="009B4A7C" w:rsidRPr="00DC6323" w:rsidRDefault="002F0EB4">
      <w:pPr>
        <w:rPr>
          <w:rFonts w:ascii="Lato" w:hAnsi="Lato"/>
          <w:sz w:val="28"/>
          <w:szCs w:val="28"/>
        </w:rPr>
      </w:pPr>
      <w:r w:rsidRPr="00DC6323">
        <w:rPr>
          <w:rFonts w:ascii="Lato" w:hAnsi="Lato"/>
          <w:i/>
          <w:color w:val="646464"/>
          <w:sz w:val="28"/>
          <w:szCs w:val="28"/>
          <w:shd w:val="clear" w:color="auto" w:fill="EBF3FA"/>
        </w:rPr>
        <w:t xml:space="preserve">  [Enter community impact]  </w:t>
      </w:r>
    </w:p>
    <w:p w14:paraId="0E431B66" w14:textId="77777777" w:rsidR="009B4A7C" w:rsidRPr="00DC6323" w:rsidRDefault="002F0EB4">
      <w:pPr>
        <w:spacing w:before="160"/>
        <w:rPr>
          <w:rFonts w:ascii="Lato" w:hAnsi="Lato"/>
          <w:sz w:val="28"/>
          <w:szCs w:val="28"/>
        </w:rPr>
      </w:pPr>
      <w:r w:rsidRPr="00DC6323">
        <w:rPr>
          <w:rFonts w:ascii="Lato" w:hAnsi="Lato"/>
          <w:b/>
          <w:sz w:val="28"/>
          <w:szCs w:val="28"/>
        </w:rPr>
        <w:t>• What action steps will we take based on this data?</w:t>
      </w:r>
    </w:p>
    <w:p w14:paraId="3F7ECA68" w14:textId="32396748" w:rsidR="009B4A7C" w:rsidRDefault="002F0EB4">
      <w:pPr>
        <w:rPr>
          <w:rFonts w:ascii="Lato" w:hAnsi="Lato"/>
          <w:i/>
          <w:color w:val="646464"/>
          <w:sz w:val="28"/>
          <w:szCs w:val="28"/>
          <w:shd w:val="clear" w:color="auto" w:fill="EBF3FA"/>
        </w:rPr>
      </w:pPr>
      <w:r w:rsidRPr="00DC6323">
        <w:rPr>
          <w:rFonts w:ascii="Lato" w:hAnsi="Lato"/>
          <w:i/>
          <w:color w:val="646464"/>
          <w:sz w:val="28"/>
          <w:szCs w:val="28"/>
          <w:shd w:val="clear" w:color="auto" w:fill="EBF3FA"/>
        </w:rPr>
        <w:t xml:space="preserve">  [Enter planned action steps]  </w:t>
      </w:r>
    </w:p>
    <w:p w14:paraId="5F3BF212" w14:textId="19C2903B" w:rsidR="00E723A1" w:rsidRDefault="00E723A1">
      <w:pPr>
        <w:rPr>
          <w:rFonts w:ascii="Lato" w:hAnsi="Lato"/>
          <w:i/>
          <w:color w:val="646464"/>
          <w:sz w:val="28"/>
          <w:szCs w:val="28"/>
          <w:shd w:val="clear" w:color="auto" w:fill="EBF3FA"/>
        </w:rPr>
      </w:pPr>
    </w:p>
    <w:p w14:paraId="5823EC4B" w14:textId="752CD04F" w:rsidR="00E723A1" w:rsidRDefault="00E723A1">
      <w:pPr>
        <w:rPr>
          <w:rFonts w:ascii="Lato" w:hAnsi="Lato"/>
          <w:i/>
          <w:color w:val="646464"/>
          <w:sz w:val="28"/>
          <w:szCs w:val="28"/>
          <w:shd w:val="clear" w:color="auto" w:fill="EBF3FA"/>
        </w:rPr>
      </w:pPr>
    </w:p>
    <w:p w14:paraId="53406973" w14:textId="691A3944" w:rsidR="00E723A1" w:rsidRDefault="00E723A1">
      <w:pPr>
        <w:rPr>
          <w:rFonts w:ascii="Lato" w:hAnsi="Lato"/>
          <w:i/>
          <w:color w:val="646464"/>
          <w:sz w:val="28"/>
          <w:szCs w:val="28"/>
          <w:shd w:val="clear" w:color="auto" w:fill="EBF3FA"/>
        </w:rPr>
      </w:pPr>
    </w:p>
    <w:p w14:paraId="2E13D366" w14:textId="49A1C6E5" w:rsidR="00E723A1" w:rsidRDefault="00E723A1">
      <w:pPr>
        <w:rPr>
          <w:rFonts w:ascii="Lato" w:hAnsi="Lato"/>
          <w:i/>
          <w:color w:val="646464"/>
          <w:sz w:val="28"/>
          <w:szCs w:val="28"/>
          <w:shd w:val="clear" w:color="auto" w:fill="EBF3FA"/>
        </w:rPr>
      </w:pPr>
    </w:p>
    <w:p w14:paraId="5E582D09" w14:textId="4BE38CF6" w:rsidR="00E723A1" w:rsidRPr="00DC6323" w:rsidRDefault="00E723A1" w:rsidP="00E723A1">
      <w:pPr>
        <w:jc w:val="center"/>
        <w:rPr>
          <w:rFonts w:ascii="Lato" w:hAnsi="Lato"/>
          <w:sz w:val="28"/>
          <w:szCs w:val="28"/>
        </w:rPr>
      </w:pPr>
      <w:r w:rsidRPr="000F188E">
        <w:rPr>
          <w:rFonts w:ascii="Lato" w:hAnsi="Lato"/>
          <w:color w:val="000000"/>
          <w:sz w:val="24"/>
          <w:szCs w:val="24"/>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sectPr w:rsidR="00E723A1" w:rsidRPr="00DC632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5593223">
    <w:abstractNumId w:val="8"/>
  </w:num>
  <w:num w:numId="2" w16cid:durableId="776758435">
    <w:abstractNumId w:val="6"/>
  </w:num>
  <w:num w:numId="3" w16cid:durableId="468280149">
    <w:abstractNumId w:val="5"/>
  </w:num>
  <w:num w:numId="4" w16cid:durableId="1538157581">
    <w:abstractNumId w:val="4"/>
  </w:num>
  <w:num w:numId="5" w16cid:durableId="2074228457">
    <w:abstractNumId w:val="7"/>
  </w:num>
  <w:num w:numId="6" w16cid:durableId="344291050">
    <w:abstractNumId w:val="3"/>
  </w:num>
  <w:num w:numId="7" w16cid:durableId="1734038874">
    <w:abstractNumId w:val="2"/>
  </w:num>
  <w:num w:numId="8" w16cid:durableId="139618000">
    <w:abstractNumId w:val="1"/>
  </w:num>
  <w:num w:numId="9" w16cid:durableId="11127515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0EB4"/>
    <w:rsid w:val="00326F90"/>
    <w:rsid w:val="004A098E"/>
    <w:rsid w:val="009B4A7C"/>
    <w:rsid w:val="00A2166E"/>
    <w:rsid w:val="00A60463"/>
    <w:rsid w:val="00A7075A"/>
    <w:rsid w:val="00AA1D8D"/>
    <w:rsid w:val="00AF6DC8"/>
    <w:rsid w:val="00B45686"/>
    <w:rsid w:val="00B47730"/>
    <w:rsid w:val="00CB0664"/>
    <w:rsid w:val="00DC6323"/>
    <w:rsid w:val="00DE62AC"/>
    <w:rsid w:val="00E723A1"/>
    <w:rsid w:val="00FC693F"/>
    <w:rsid w:val="00FF07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D8E4B"/>
  <w14:defaultImageDpi w14:val="300"/>
  <w15:docId w15:val="{4A60FC9A-4368-4D25-8530-D5A220A10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2AC"/>
    <w:rPr>
      <w:rFonts w:ascii="Arial" w:hAnsi="Arial"/>
      <w:color w:val="282828"/>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1817</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A Simple Process for Using Data</vt:lpstr>
    </vt:vector>
  </TitlesOfParts>
  <Manager/>
  <Company/>
  <LinksUpToDate>false</LinksUpToDate>
  <CharactersWithSpaces>2121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Simple Process for Using Data</dc:title>
  <dc:subject/>
  <dc:creator>TIG</dc:creator>
  <cp:keywords/>
  <dc:description/>
  <cp:lastModifiedBy>Shana Ratzburg</cp:lastModifiedBy>
  <cp:revision>4</cp:revision>
  <dcterms:created xsi:type="dcterms:W3CDTF">2026-08-24T21:16:00Z</dcterms:created>
  <dcterms:modified xsi:type="dcterms:W3CDTF">2026-08-25T14:22:00Z</dcterms:modified>
  <cp:category/>
</cp:coreProperties>
</file>