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91E3D" w14:textId="13A8DF1B" w:rsidR="00947130" w:rsidRDefault="00947130">
      <w:pPr>
        <w:keepNext/>
        <w:spacing w:before="240" w:after="120"/>
        <w:rPr>
          <w:b/>
          <w:color w:val="102C57"/>
          <w:sz w:val="32"/>
        </w:rPr>
      </w:pPr>
      <w:r>
        <w:rPr>
          <w:b/>
          <w:noProof/>
          <w:color w:val="102C57"/>
          <w:sz w:val="32"/>
        </w:rPr>
        <mc:AlternateContent>
          <mc:Choice Requires="wpg">
            <w:drawing>
              <wp:anchor distT="0" distB="0" distL="114300" distR="114300" simplePos="0" relativeHeight="251662336" behindDoc="0" locked="0" layoutInCell="1" allowOverlap="1" wp14:anchorId="5083D04C" wp14:editId="3D8350EC">
                <wp:simplePos x="0" y="0"/>
                <wp:positionH relativeFrom="column">
                  <wp:posOffset>-619125</wp:posOffset>
                </wp:positionH>
                <wp:positionV relativeFrom="paragraph">
                  <wp:posOffset>0</wp:posOffset>
                </wp:positionV>
                <wp:extent cx="6718300" cy="914400"/>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18300" cy="914400"/>
                          <a:chOff x="0" y="0"/>
                          <a:chExt cx="6718300" cy="914400"/>
                        </a:xfrm>
                      </wpg:grpSpPr>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1925"/>
                            <a:ext cx="1064260" cy="590550"/>
                          </a:xfrm>
                          <a:prstGeom prst="rect">
                            <a:avLst/>
                          </a:prstGeom>
                          <a:noFill/>
                          <a:ln>
                            <a:noFill/>
                          </a:ln>
                        </pic:spPr>
                      </pic:pic>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619750" y="161925"/>
                            <a:ext cx="1098550" cy="624840"/>
                          </a:xfrm>
                          <a:prstGeom prst="rect">
                            <a:avLst/>
                          </a:prstGeom>
                          <a:noFill/>
                          <a:ln>
                            <a:noFill/>
                          </a:ln>
                        </pic:spPr>
                      </pic:pic>
                      <wps:wsp>
                        <wps:cNvPr id="1" name="Text Box 1"/>
                        <wps:cNvSpPr txBox="1"/>
                        <wps:spPr>
                          <a:xfrm>
                            <a:off x="1238250" y="0"/>
                            <a:ext cx="4305300" cy="914400"/>
                          </a:xfrm>
                          <a:prstGeom prst="rect">
                            <a:avLst/>
                          </a:prstGeom>
                          <a:solidFill>
                            <a:schemeClr val="lt1"/>
                          </a:solidFill>
                          <a:ln w="6350">
                            <a:noFill/>
                          </a:ln>
                        </wps:spPr>
                        <wps:txbx>
                          <w:txbxContent>
                            <w:p w14:paraId="2C2AD61A" w14:textId="24087FDC" w:rsidR="00947130" w:rsidRPr="00947130" w:rsidRDefault="00947130" w:rsidP="00947130">
                              <w:pPr>
                                <w:pStyle w:val="Title"/>
                                <w:jc w:val="center"/>
                                <w:rPr>
                                  <w:rFonts w:ascii="Lato" w:hAnsi="Lato"/>
                                  <w:b/>
                                  <w:bCs/>
                                </w:rPr>
                              </w:pPr>
                              <w:r w:rsidRPr="00947130">
                                <w:rPr>
                                  <w:rFonts w:ascii="Lato" w:hAnsi="Lato"/>
                                  <w:b/>
                                  <w:bCs/>
                                </w:rPr>
                                <w:t>Strengthening Alignment Across 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83D04C" id="Group 3" o:spid="_x0000_s1026" alt="&quot;&quot;" style="position:absolute;margin-left:-48.75pt;margin-top:0;width:529pt;height:1in;z-index:251662336" coordsize="67183,9144"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9/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Cv7aP/Bcjwj+zn4/n8K+DdDXx9q2mymLUroX32axtJBkNEjhHMrqRhsA&#13;&#10;KDxuJBA9HLcpxeYVfY4SDk9+yXq3ojjx2YYfB0/aYmXKvz9EtWfdVFeV/saftX6L+2f8B9N8caLb&#13;&#10;yaeLiR7W+sJZBJJp9zHjfEWAAbgqytgZV1OATgeqVyYjD1KFWVGsrSi7Ndmjoo1oVaaq03eLV0/I&#13;&#10;KKKKxN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vzL/4Oif8Ak0T4f/8AY4D/&#13;&#10;ANIrmv00r88f+Djj4KeMvjj+y54H0/wV4R8TeMNQtPFQuJ7bRNLn1CaGL7JcLvZIVYqu5gMkYyQO&#13;&#10;9fScI1IwzihKbsr7v0ZjiP4bPwVr+oL/AIJgf8o7fgt/2J+nf+iFr+dz/h3x8fP+iH/F/wD8I3Uf&#13;&#10;/jNf0Y/8E6PC2qeCP2EPhHo+tabf6Pq2m+FbC3u7K9t3t7i1lWFQySRuAyMDwQQCK/QvEzFUauDo&#13;&#10;qnNS97o0+j7HHgotSdz2iiiivxk9I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TD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UD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quot;&quot;" style="position:absolute;top:1619;width:10642;height:59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">
                  <v:imagedata r:id="rId8" o:title=""/>
                </v:shape>
                <v:shape id="Picture 4" o:spid="_x0000_s1028" type="#_x0000_t75" alt="&quot;&quot;" style="position:absolute;left:56197;top:1619;width:10986;height:62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">
                  <v:imagedata r:id="rId9" o:title=""/>
                </v:shape>
                <v:shapetype id="_x0000_t202" coordsize="21600,21600" o:spt="202" path="m,l,21600r21600,l21600,xe">
                  <v:stroke joinstyle="miter"/>
                  <v:path gradientshapeok="t" o:connecttype="rect"/>
                </v:shapetype>
                <v:shape id="Text Box 1" o:spid="_x0000_s1029" type="#_x0000_t202" style="position:absolute;left:12382;width:43053;height:91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2C2AD61A" w14:textId="24087FDC" w:rsidR="00947130" w:rsidRPr="00947130" w:rsidRDefault="00947130" w:rsidP="00947130">
                        <w:pPr>
                          <w:pStyle w:val="Title"/>
                          <w:jc w:val="center"/>
                          <w:rPr>
                            <w:rFonts w:ascii="Lato" w:hAnsi="Lato"/>
                            <w:b/>
                            <w:bCs/>
                          </w:rPr>
                        </w:pPr>
                        <w:r w:rsidRPr="00947130">
                          <w:rPr>
                            <w:rFonts w:ascii="Lato" w:hAnsi="Lato"/>
                            <w:b/>
                            <w:bCs/>
                          </w:rPr>
                          <w:t>Strengthening Alignment Across Systems</w:t>
                        </w:r>
                      </w:p>
                    </w:txbxContent>
                  </v:textbox>
                </v:shape>
              </v:group>
            </w:pict>
          </mc:Fallback>
        </mc:AlternateContent>
      </w:r>
    </w:p>
    <w:p w14:paraId="7C78FEB4" w14:textId="77777777" w:rsidR="00947130" w:rsidRDefault="00947130">
      <w:pPr>
        <w:keepNext/>
        <w:spacing w:before="240" w:after="120"/>
        <w:rPr>
          <w:b/>
          <w:color w:val="102C57"/>
          <w:sz w:val="32"/>
        </w:rPr>
      </w:pPr>
    </w:p>
    <w:p w14:paraId="6FB1A347" w14:textId="77777777" w:rsidR="00947130" w:rsidRDefault="00947130"/>
    <w:p w14:paraId="2F9CCDBB" w14:textId="74760BDA" w:rsidR="00111CDB" w:rsidRPr="00947130" w:rsidRDefault="00947130">
      <w:pPr>
        <w:rPr>
          <w:rFonts w:ascii="Lato" w:hAnsi="Lato"/>
          <w:sz w:val="28"/>
          <w:szCs w:val="28"/>
        </w:rPr>
      </w:pPr>
      <w:r w:rsidRPr="00947130">
        <w:rPr>
          <w:rFonts w:ascii="Lato" w:hAnsi="Lato"/>
          <w:sz w:val="28"/>
          <w:szCs w:val="28"/>
        </w:rPr>
        <w:t xml:space="preserve">Complete the below alignment activity with the CCoT Team to </w:t>
      </w:r>
      <w:r w:rsidR="00245720" w:rsidRPr="00947130">
        <w:rPr>
          <w:rFonts w:ascii="Lato" w:hAnsi="Lato"/>
          <w:sz w:val="28"/>
          <w:szCs w:val="28"/>
        </w:rPr>
        <w:t xml:space="preserve">explore how </w:t>
      </w:r>
      <w:r w:rsidRPr="00947130">
        <w:rPr>
          <w:rFonts w:ascii="Lato" w:hAnsi="Lato"/>
          <w:sz w:val="28"/>
          <w:szCs w:val="28"/>
        </w:rPr>
        <w:t>the team</w:t>
      </w:r>
      <w:r w:rsidR="00245720" w:rsidRPr="00947130">
        <w:rPr>
          <w:rFonts w:ascii="Lato" w:hAnsi="Lato"/>
          <w:sz w:val="28"/>
          <w:szCs w:val="28"/>
        </w:rPr>
        <w:t xml:space="preserve"> connects with youth and families, local partners, and statewide transition partners. Identify where alignment is strong and opportunities to strengthen connections.</w:t>
      </w:r>
    </w:p>
    <w:tbl>
      <w:tblPr>
        <w:tblStyle w:val="GridTable4-Accent1"/>
        <w:tblW w:w="0" w:type="auto"/>
        <w:tblLook w:val="04A0" w:firstRow="1" w:lastRow="0" w:firstColumn="1" w:lastColumn="0" w:noHBand="0" w:noVBand="1"/>
      </w:tblPr>
      <w:tblGrid>
        <w:gridCol w:w="2617"/>
        <w:gridCol w:w="2961"/>
        <w:gridCol w:w="3052"/>
      </w:tblGrid>
      <w:tr w:rsidR="00111CDB" w:rsidRPr="00947130" w14:paraId="3C6E72BB" w14:textId="77777777" w:rsidTr="008009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D8D3F60" w14:textId="77777777" w:rsidR="00111CDB" w:rsidRPr="00947130" w:rsidRDefault="00245720">
            <w:pPr>
              <w:rPr>
                <w:rFonts w:ascii="Lato" w:hAnsi="Lato"/>
                <w:sz w:val="28"/>
                <w:szCs w:val="28"/>
              </w:rPr>
            </w:pPr>
            <w:r w:rsidRPr="00947130">
              <w:rPr>
                <w:rFonts w:ascii="Lato" w:hAnsi="Lato"/>
                <w:color w:val="FFFFFF"/>
                <w:sz w:val="28"/>
                <w:szCs w:val="28"/>
              </w:rPr>
              <w:t>Connection Level</w:t>
            </w:r>
          </w:p>
        </w:tc>
        <w:tc>
          <w:tcPr>
            <w:tcW w:w="3600" w:type="dxa"/>
          </w:tcPr>
          <w:p w14:paraId="1EC50172" w14:textId="77777777" w:rsidR="00111CDB" w:rsidRPr="00947130" w:rsidRDefault="00245720">
            <w:pPr>
              <w:cnfStyle w:val="100000000000" w:firstRow="1" w:lastRow="0" w:firstColumn="0" w:lastColumn="0" w:oddVBand="0" w:evenVBand="0" w:oddHBand="0" w:evenHBand="0" w:firstRowFirstColumn="0" w:firstRowLastColumn="0" w:lastRowFirstColumn="0" w:lastRowLastColumn="0"/>
              <w:rPr>
                <w:rFonts w:ascii="Lato" w:hAnsi="Lato"/>
                <w:sz w:val="28"/>
                <w:szCs w:val="28"/>
              </w:rPr>
            </w:pPr>
            <w:r w:rsidRPr="00947130">
              <w:rPr>
                <w:rFonts w:ascii="Lato" w:hAnsi="Lato"/>
                <w:color w:val="FFFFFF"/>
                <w:sz w:val="28"/>
                <w:szCs w:val="28"/>
              </w:rPr>
              <w:t>What is Working Well</w:t>
            </w:r>
          </w:p>
        </w:tc>
        <w:tc>
          <w:tcPr>
            <w:tcW w:w="3600" w:type="dxa"/>
          </w:tcPr>
          <w:p w14:paraId="06D53567" w14:textId="77777777" w:rsidR="00111CDB" w:rsidRPr="00947130" w:rsidRDefault="00245720">
            <w:pPr>
              <w:cnfStyle w:val="100000000000" w:firstRow="1" w:lastRow="0" w:firstColumn="0" w:lastColumn="0" w:oddVBand="0" w:evenVBand="0" w:oddHBand="0" w:evenHBand="0" w:firstRowFirstColumn="0" w:firstRowLastColumn="0" w:lastRowFirstColumn="0" w:lastRowLastColumn="0"/>
              <w:rPr>
                <w:rFonts w:ascii="Lato" w:hAnsi="Lato"/>
                <w:sz w:val="28"/>
                <w:szCs w:val="28"/>
              </w:rPr>
            </w:pPr>
            <w:r w:rsidRPr="00947130">
              <w:rPr>
                <w:rFonts w:ascii="Lato" w:hAnsi="Lato"/>
                <w:color w:val="FFFFFF"/>
                <w:sz w:val="28"/>
                <w:szCs w:val="28"/>
              </w:rPr>
              <w:t>Where Could We Strengthen Alignment?</w:t>
            </w:r>
          </w:p>
        </w:tc>
      </w:tr>
      <w:tr w:rsidR="00111CDB" w:rsidRPr="00947130" w14:paraId="682E7296" w14:textId="77777777" w:rsidTr="00800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4344041" w14:textId="77777777" w:rsidR="00111CDB" w:rsidRPr="00947130" w:rsidRDefault="00245720">
            <w:pPr>
              <w:rPr>
                <w:rFonts w:ascii="Lato" w:hAnsi="Lato"/>
                <w:sz w:val="28"/>
                <w:szCs w:val="28"/>
              </w:rPr>
            </w:pPr>
            <w:r w:rsidRPr="00947130">
              <w:rPr>
                <w:rFonts w:ascii="Lato" w:hAnsi="Lato"/>
                <w:sz w:val="28"/>
                <w:szCs w:val="28"/>
              </w:rPr>
              <w:t>Youth/Family - CCoT</w:t>
            </w:r>
          </w:p>
        </w:tc>
        <w:tc>
          <w:tcPr>
            <w:tcW w:w="3600" w:type="dxa"/>
          </w:tcPr>
          <w:p w14:paraId="1391F307" w14:textId="77777777" w:rsidR="00111CDB" w:rsidRPr="00947130" w:rsidRDefault="00245720">
            <w:pPr>
              <w:cnfStyle w:val="000000100000" w:firstRow="0" w:lastRow="0" w:firstColumn="0" w:lastColumn="0" w:oddVBand="0" w:evenVBand="0" w:oddHBand="1"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what's working]  </w:t>
            </w:r>
          </w:p>
        </w:tc>
        <w:tc>
          <w:tcPr>
            <w:tcW w:w="3600" w:type="dxa"/>
          </w:tcPr>
          <w:p w14:paraId="61251F4B" w14:textId="77777777" w:rsidR="00111CDB" w:rsidRPr="00947130" w:rsidRDefault="00245720">
            <w:pPr>
              <w:cnfStyle w:val="000000100000" w:firstRow="0" w:lastRow="0" w:firstColumn="0" w:lastColumn="0" w:oddVBand="0" w:evenVBand="0" w:oddHBand="1"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areas to strengthen]  </w:t>
            </w:r>
          </w:p>
        </w:tc>
      </w:tr>
      <w:tr w:rsidR="00111CDB" w:rsidRPr="00947130" w14:paraId="299DCE52" w14:textId="77777777" w:rsidTr="008009BC">
        <w:tc>
          <w:tcPr>
            <w:cnfStyle w:val="001000000000" w:firstRow="0" w:lastRow="0" w:firstColumn="1" w:lastColumn="0" w:oddVBand="0" w:evenVBand="0" w:oddHBand="0" w:evenHBand="0" w:firstRowFirstColumn="0" w:firstRowLastColumn="0" w:lastRowFirstColumn="0" w:lastRowLastColumn="0"/>
            <w:tcW w:w="2880" w:type="dxa"/>
          </w:tcPr>
          <w:p w14:paraId="58EEC560" w14:textId="77777777" w:rsidR="00111CDB" w:rsidRPr="00947130" w:rsidRDefault="00245720">
            <w:pPr>
              <w:rPr>
                <w:rFonts w:ascii="Lato" w:hAnsi="Lato"/>
                <w:sz w:val="28"/>
                <w:szCs w:val="28"/>
              </w:rPr>
            </w:pPr>
            <w:r w:rsidRPr="00947130">
              <w:rPr>
                <w:rFonts w:ascii="Lato" w:hAnsi="Lato"/>
                <w:sz w:val="28"/>
                <w:szCs w:val="28"/>
              </w:rPr>
              <w:t>CCoT - WiCoT (Statewide)</w:t>
            </w:r>
          </w:p>
        </w:tc>
        <w:tc>
          <w:tcPr>
            <w:tcW w:w="3600" w:type="dxa"/>
          </w:tcPr>
          <w:p w14:paraId="5B16C865" w14:textId="77777777" w:rsidR="00111CDB" w:rsidRPr="00947130" w:rsidRDefault="00245720">
            <w:pPr>
              <w:cnfStyle w:val="000000000000" w:firstRow="0" w:lastRow="0" w:firstColumn="0" w:lastColumn="0" w:oddVBand="0" w:evenVBand="0" w:oddHBand="0"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what's working]  </w:t>
            </w:r>
          </w:p>
        </w:tc>
        <w:tc>
          <w:tcPr>
            <w:tcW w:w="3600" w:type="dxa"/>
          </w:tcPr>
          <w:p w14:paraId="1412A056" w14:textId="77777777" w:rsidR="00111CDB" w:rsidRPr="00947130" w:rsidRDefault="00245720">
            <w:pPr>
              <w:cnfStyle w:val="000000000000" w:firstRow="0" w:lastRow="0" w:firstColumn="0" w:lastColumn="0" w:oddVBand="0" w:evenVBand="0" w:oddHBand="0"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areas to strengthen]  </w:t>
            </w:r>
          </w:p>
        </w:tc>
      </w:tr>
      <w:tr w:rsidR="00111CDB" w:rsidRPr="00947130" w14:paraId="29838427" w14:textId="77777777" w:rsidTr="00800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600F9C8" w14:textId="77777777" w:rsidR="00111CDB" w:rsidRPr="00947130" w:rsidRDefault="00245720">
            <w:pPr>
              <w:rPr>
                <w:rFonts w:ascii="Lato" w:hAnsi="Lato"/>
                <w:sz w:val="28"/>
                <w:szCs w:val="28"/>
              </w:rPr>
            </w:pPr>
            <w:r w:rsidRPr="00947130">
              <w:rPr>
                <w:rFonts w:ascii="Lato" w:hAnsi="Lato"/>
                <w:sz w:val="28"/>
                <w:szCs w:val="28"/>
              </w:rPr>
              <w:t>CCoT - Community Partners</w:t>
            </w:r>
          </w:p>
        </w:tc>
        <w:tc>
          <w:tcPr>
            <w:tcW w:w="3600" w:type="dxa"/>
          </w:tcPr>
          <w:p w14:paraId="0E7B26E8" w14:textId="77777777" w:rsidR="00111CDB" w:rsidRPr="00947130" w:rsidRDefault="00245720">
            <w:pPr>
              <w:cnfStyle w:val="000000100000" w:firstRow="0" w:lastRow="0" w:firstColumn="0" w:lastColumn="0" w:oddVBand="0" w:evenVBand="0" w:oddHBand="1"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what's working]  </w:t>
            </w:r>
          </w:p>
        </w:tc>
        <w:tc>
          <w:tcPr>
            <w:tcW w:w="3600" w:type="dxa"/>
          </w:tcPr>
          <w:p w14:paraId="25903D11" w14:textId="77777777" w:rsidR="00111CDB" w:rsidRPr="00947130" w:rsidRDefault="00245720">
            <w:pPr>
              <w:cnfStyle w:val="000000100000" w:firstRow="0" w:lastRow="0" w:firstColumn="0" w:lastColumn="0" w:oddVBand="0" w:evenVBand="0" w:oddHBand="1" w:evenHBand="0" w:firstRowFirstColumn="0" w:firstRowLastColumn="0" w:lastRowFirstColumn="0" w:lastRowLastColumn="0"/>
              <w:rPr>
                <w:rFonts w:ascii="Lato" w:hAnsi="Lato"/>
                <w:sz w:val="28"/>
                <w:szCs w:val="28"/>
              </w:rPr>
            </w:pPr>
            <w:r w:rsidRPr="00947130">
              <w:rPr>
                <w:rFonts w:ascii="Lato" w:hAnsi="Lato"/>
                <w:i/>
                <w:color w:val="646464"/>
                <w:sz w:val="28"/>
                <w:szCs w:val="28"/>
                <w:shd w:val="clear" w:color="auto" w:fill="EBF3FA"/>
              </w:rPr>
              <w:t xml:space="preserve">  [Type areas to strengthen]  </w:t>
            </w:r>
          </w:p>
        </w:tc>
      </w:tr>
    </w:tbl>
    <w:p w14:paraId="357190E1" w14:textId="77777777" w:rsidR="00111CDB" w:rsidRPr="00947130" w:rsidRDefault="00245720">
      <w:pPr>
        <w:keepNext/>
        <w:spacing w:before="200" w:after="80"/>
        <w:rPr>
          <w:rFonts w:ascii="Lato" w:hAnsi="Lato"/>
          <w:sz w:val="28"/>
          <w:szCs w:val="28"/>
        </w:rPr>
      </w:pPr>
      <w:r w:rsidRPr="00947130">
        <w:rPr>
          <w:rFonts w:ascii="Lato" w:hAnsi="Lato"/>
          <w:b/>
          <w:color w:val="3565A9"/>
          <w:sz w:val="28"/>
          <w:szCs w:val="28"/>
        </w:rPr>
        <w:t>System Alignment Questions</w:t>
      </w:r>
    </w:p>
    <w:p w14:paraId="60CFD0DE" w14:textId="77777777" w:rsidR="00111CDB" w:rsidRPr="00947130" w:rsidRDefault="00245720">
      <w:pPr>
        <w:spacing w:before="120" w:after="40"/>
        <w:rPr>
          <w:rFonts w:ascii="Lato" w:hAnsi="Lato"/>
          <w:sz w:val="28"/>
          <w:szCs w:val="28"/>
        </w:rPr>
      </w:pPr>
      <w:r w:rsidRPr="00947130">
        <w:rPr>
          <w:rFonts w:ascii="Lato" w:hAnsi="Lato"/>
          <w:b/>
          <w:sz w:val="28"/>
          <w:szCs w:val="28"/>
        </w:rPr>
        <w:t>How does our CCoT Team learn about statewide resources, initiatives, and opportunities?</w:t>
      </w:r>
    </w:p>
    <w:p w14:paraId="1F8CB948" w14:textId="77777777" w:rsidR="00111CDB" w:rsidRPr="00947130" w:rsidRDefault="00245720">
      <w:pPr>
        <w:spacing w:after="80"/>
        <w:rPr>
          <w:rFonts w:ascii="Lato" w:hAnsi="Lato"/>
          <w:sz w:val="28"/>
          <w:szCs w:val="28"/>
        </w:rPr>
      </w:pPr>
      <w:r w:rsidRPr="00947130">
        <w:rPr>
          <w:rFonts w:ascii="Lato" w:hAnsi="Lato"/>
          <w:i/>
          <w:color w:val="646464"/>
          <w:sz w:val="28"/>
          <w:szCs w:val="28"/>
          <w:shd w:val="clear" w:color="auto" w:fill="EBF3FA"/>
        </w:rPr>
        <w:t xml:space="preserve">  [Type response here]  </w:t>
      </w:r>
    </w:p>
    <w:p w14:paraId="74ACB075" w14:textId="77777777" w:rsidR="00111CDB" w:rsidRPr="00947130" w:rsidRDefault="00245720">
      <w:pPr>
        <w:spacing w:before="120" w:after="40"/>
        <w:rPr>
          <w:rFonts w:ascii="Lato" w:hAnsi="Lato"/>
          <w:sz w:val="28"/>
          <w:szCs w:val="28"/>
        </w:rPr>
      </w:pPr>
      <w:r w:rsidRPr="00947130">
        <w:rPr>
          <w:rFonts w:ascii="Lato" w:hAnsi="Lato"/>
          <w:b/>
          <w:sz w:val="28"/>
          <w:szCs w:val="28"/>
        </w:rPr>
        <w:t>How do we share local needs and challenges with statewide partners?</w:t>
      </w:r>
    </w:p>
    <w:p w14:paraId="1FFA6647" w14:textId="77777777" w:rsidR="00111CDB" w:rsidRPr="00947130" w:rsidRDefault="00245720">
      <w:pPr>
        <w:spacing w:after="80"/>
        <w:rPr>
          <w:rFonts w:ascii="Lato" w:hAnsi="Lato"/>
          <w:sz w:val="28"/>
          <w:szCs w:val="28"/>
        </w:rPr>
      </w:pPr>
      <w:r w:rsidRPr="00947130">
        <w:rPr>
          <w:rFonts w:ascii="Lato" w:hAnsi="Lato"/>
          <w:i/>
          <w:color w:val="646464"/>
          <w:sz w:val="28"/>
          <w:szCs w:val="28"/>
          <w:shd w:val="clear" w:color="auto" w:fill="EBF3FA"/>
        </w:rPr>
        <w:t xml:space="preserve">  [Type response here]  </w:t>
      </w:r>
    </w:p>
    <w:p w14:paraId="64326950" w14:textId="77777777" w:rsidR="00111CDB" w:rsidRPr="00947130" w:rsidRDefault="00245720">
      <w:pPr>
        <w:spacing w:before="120" w:after="40"/>
        <w:rPr>
          <w:rFonts w:ascii="Lato" w:hAnsi="Lato"/>
          <w:sz w:val="28"/>
          <w:szCs w:val="28"/>
        </w:rPr>
      </w:pPr>
      <w:r w:rsidRPr="00947130">
        <w:rPr>
          <w:rFonts w:ascii="Lato" w:hAnsi="Lato"/>
          <w:b/>
          <w:sz w:val="28"/>
          <w:szCs w:val="28"/>
        </w:rPr>
        <w:t>What is one connection our team would like to make to strengthen our team?</w:t>
      </w:r>
    </w:p>
    <w:p w14:paraId="7CFF12C0" w14:textId="77777777" w:rsidR="00111CDB" w:rsidRPr="00947130" w:rsidRDefault="00245720">
      <w:pPr>
        <w:spacing w:after="80"/>
        <w:rPr>
          <w:rFonts w:ascii="Lato" w:hAnsi="Lato"/>
          <w:sz w:val="28"/>
          <w:szCs w:val="28"/>
        </w:rPr>
      </w:pPr>
      <w:r w:rsidRPr="00947130">
        <w:rPr>
          <w:rFonts w:ascii="Lato" w:hAnsi="Lato"/>
          <w:i/>
          <w:color w:val="646464"/>
          <w:sz w:val="28"/>
          <w:szCs w:val="28"/>
          <w:shd w:val="clear" w:color="auto" w:fill="EBF3FA"/>
        </w:rPr>
        <w:t xml:space="preserve">  [Type response here]  </w:t>
      </w:r>
    </w:p>
    <w:p w14:paraId="607F5725" w14:textId="77777777" w:rsidR="00111CDB" w:rsidRPr="00947130" w:rsidRDefault="00245720">
      <w:pPr>
        <w:spacing w:before="120" w:after="40"/>
        <w:rPr>
          <w:rFonts w:ascii="Lato" w:hAnsi="Lato"/>
          <w:sz w:val="28"/>
          <w:szCs w:val="28"/>
        </w:rPr>
      </w:pPr>
      <w:r w:rsidRPr="00947130">
        <w:rPr>
          <w:rFonts w:ascii="Lato" w:hAnsi="Lato"/>
          <w:b/>
          <w:sz w:val="28"/>
          <w:szCs w:val="28"/>
        </w:rPr>
        <w:t>What is one celebration our team would like to share with our statewide partners?</w:t>
      </w:r>
    </w:p>
    <w:p w14:paraId="103F08FA" w14:textId="53779EF4" w:rsidR="00111CDB" w:rsidRPr="00947130" w:rsidRDefault="00245720">
      <w:pPr>
        <w:spacing w:after="80"/>
        <w:rPr>
          <w:rFonts w:ascii="Lato" w:hAnsi="Lato"/>
          <w:i/>
          <w:color w:val="646464"/>
          <w:sz w:val="28"/>
          <w:szCs w:val="28"/>
          <w:shd w:val="clear" w:color="auto" w:fill="EBF3FA"/>
        </w:rPr>
      </w:pPr>
      <w:r w:rsidRPr="00947130">
        <w:rPr>
          <w:rFonts w:ascii="Lato" w:hAnsi="Lato"/>
          <w:i/>
          <w:color w:val="646464"/>
          <w:sz w:val="28"/>
          <w:szCs w:val="28"/>
          <w:shd w:val="clear" w:color="auto" w:fill="EBF3FA"/>
        </w:rPr>
        <w:t xml:space="preserve">  [Type response here]  </w:t>
      </w:r>
    </w:p>
    <w:p w14:paraId="2F19DFC4" w14:textId="14549F65" w:rsidR="00947130" w:rsidRPr="00947130" w:rsidRDefault="00947130">
      <w:pPr>
        <w:spacing w:after="80"/>
        <w:rPr>
          <w:rFonts w:ascii="Lato" w:hAnsi="Lato"/>
          <w:i/>
          <w:color w:val="646464"/>
          <w:sz w:val="28"/>
          <w:szCs w:val="28"/>
          <w:shd w:val="clear" w:color="auto" w:fill="EBF3FA"/>
        </w:rPr>
      </w:pPr>
    </w:p>
    <w:p w14:paraId="0D739BCB" w14:textId="47A9D4E3" w:rsidR="00947130" w:rsidRDefault="00947130">
      <w:pPr>
        <w:spacing w:after="80"/>
        <w:rPr>
          <w:i/>
          <w:color w:val="646464"/>
          <w:shd w:val="clear" w:color="auto" w:fill="EBF3FA"/>
        </w:rPr>
      </w:pPr>
    </w:p>
    <w:p w14:paraId="5958D26B" w14:textId="3F8D376D" w:rsidR="00947130" w:rsidRDefault="00947130">
      <w:pPr>
        <w:spacing w:after="80"/>
        <w:rPr>
          <w:i/>
          <w:color w:val="646464"/>
          <w:shd w:val="clear" w:color="auto" w:fill="EBF3FA"/>
        </w:rPr>
      </w:pPr>
    </w:p>
    <w:p w14:paraId="6F6208CE" w14:textId="02039CBF" w:rsidR="00947130" w:rsidRDefault="00947130" w:rsidP="00947130">
      <w:pPr>
        <w:jc w:val="center"/>
      </w:pPr>
      <w:r w:rsidRPr="000F188E">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94713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419041">
    <w:abstractNumId w:val="8"/>
  </w:num>
  <w:num w:numId="2" w16cid:durableId="1146170294">
    <w:abstractNumId w:val="6"/>
  </w:num>
  <w:num w:numId="3" w16cid:durableId="1811051358">
    <w:abstractNumId w:val="5"/>
  </w:num>
  <w:num w:numId="4" w16cid:durableId="1825731677">
    <w:abstractNumId w:val="4"/>
  </w:num>
  <w:num w:numId="5" w16cid:durableId="1635715801">
    <w:abstractNumId w:val="7"/>
  </w:num>
  <w:num w:numId="6" w16cid:durableId="1441682758">
    <w:abstractNumId w:val="3"/>
  </w:num>
  <w:num w:numId="7" w16cid:durableId="410082533">
    <w:abstractNumId w:val="2"/>
  </w:num>
  <w:num w:numId="8" w16cid:durableId="406540139">
    <w:abstractNumId w:val="1"/>
  </w:num>
  <w:num w:numId="9" w16cid:durableId="2983384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CDB"/>
    <w:rsid w:val="0015074B"/>
    <w:rsid w:val="00245720"/>
    <w:rsid w:val="0029639D"/>
    <w:rsid w:val="00326F90"/>
    <w:rsid w:val="008009BC"/>
    <w:rsid w:val="00947130"/>
    <w:rsid w:val="00A2166E"/>
    <w:rsid w:val="00AA1D8D"/>
    <w:rsid w:val="00B47730"/>
    <w:rsid w:val="00CB0664"/>
    <w:rsid w:val="00D32B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0E8B9"/>
  <w14:defaultImageDpi w14:val="300"/>
  <w15:docId w15:val="{4A60FC9A-4368-4D25-8530-D5A220A1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4-Accent1">
    <w:name w:val="Grid Table 4 Accent 1"/>
    <w:basedOn w:val="TableNormal"/>
    <w:uiPriority w:val="49"/>
    <w:rsid w:val="008009B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1161</Characters>
  <Application>Microsoft Office Word</Application>
  <DocSecurity>2</DocSecurity>
  <Lines>50</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Alignment Across Systems</dc:title>
  <dc:subject/>
  <dc:creator>TIG</dc:creator>
  <cp:keywords/>
  <dc:description/>
  <cp:lastModifiedBy>Shana Ratzburg</cp:lastModifiedBy>
  <cp:revision>2</cp:revision>
  <dcterms:created xsi:type="dcterms:W3CDTF">2026-08-24T20:50:00Z</dcterms:created>
  <dcterms:modified xsi:type="dcterms:W3CDTF">2026-08-24T20:50:00Z</dcterms:modified>
  <cp:category/>
</cp:coreProperties>
</file>