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249C5" w14:textId="7E4DB250" w:rsidR="007A0799" w:rsidRDefault="007A0799">
      <w:pPr>
        <w:keepNext/>
        <w:spacing w:before="240" w:after="120"/>
        <w:rPr>
          <w:rFonts w:ascii="Lato" w:hAnsi="Lato"/>
          <w:b/>
          <w:color w:val="102C57"/>
          <w:sz w:val="28"/>
          <w:szCs w:val="28"/>
        </w:rPr>
      </w:pPr>
      <w:r>
        <w:rPr>
          <w:rFonts w:ascii="Lato" w:hAnsi="Lato"/>
          <w:b/>
          <w:noProof/>
          <w:color w:val="102C57"/>
          <w:sz w:val="28"/>
          <w:szCs w:val="28"/>
        </w:rPr>
        <mc:AlternateContent>
          <mc:Choice Requires="wpg">
            <w:drawing>
              <wp:anchor distT="0" distB="0" distL="114300" distR="114300" simplePos="0" relativeHeight="251668480" behindDoc="0" locked="0" layoutInCell="1" allowOverlap="1" wp14:anchorId="05BEA3E6" wp14:editId="0A756112">
                <wp:simplePos x="0" y="0"/>
                <wp:positionH relativeFrom="column">
                  <wp:posOffset>-502920</wp:posOffset>
                </wp:positionH>
                <wp:positionV relativeFrom="paragraph">
                  <wp:posOffset>-342900</wp:posOffset>
                </wp:positionV>
                <wp:extent cx="6416040" cy="91440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16040" cy="914400"/>
                          <a:chOff x="0" y="-114300"/>
                          <a:chExt cx="5577840" cy="914400"/>
                        </a:xfrm>
                      </wpg:grpSpPr>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83820"/>
                            <a:ext cx="899160" cy="502920"/>
                          </a:xfrm>
                          <a:prstGeom prst="rect">
                            <a:avLst/>
                          </a:prstGeom>
                          <a:noFill/>
                          <a:ln>
                            <a:noFill/>
                          </a:ln>
                        </pic:spPr>
                      </pic:pic>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4488180" y="0"/>
                            <a:ext cx="1089660" cy="632460"/>
                          </a:xfrm>
                          <a:prstGeom prst="rect">
                            <a:avLst/>
                          </a:prstGeom>
                          <a:noFill/>
                          <a:ln>
                            <a:noFill/>
                          </a:ln>
                        </pic:spPr>
                      </pic:pic>
                      <wps:wsp>
                        <wps:cNvPr id="6" name="Text Box 6"/>
                        <wps:cNvSpPr txBox="1"/>
                        <wps:spPr>
                          <a:xfrm>
                            <a:off x="1000301" y="-114300"/>
                            <a:ext cx="3464619" cy="914400"/>
                          </a:xfrm>
                          <a:prstGeom prst="rect">
                            <a:avLst/>
                          </a:prstGeom>
                          <a:solidFill>
                            <a:schemeClr val="lt1"/>
                          </a:solidFill>
                          <a:ln w="6350">
                            <a:noFill/>
                          </a:ln>
                        </wps:spPr>
                        <wps:txbx>
                          <w:txbxContent>
                            <w:p w14:paraId="1CC3FF72" w14:textId="262B76C2" w:rsidR="007A0799" w:rsidRDefault="007A0799" w:rsidP="007A0799">
                              <w:pPr>
                                <w:pStyle w:val="Title"/>
                                <w:jc w:val="center"/>
                              </w:pPr>
                              <w:r w:rsidRPr="006F293A">
                                <w:t>Building The Foundation</w:t>
                              </w:r>
                            </w:p>
                            <w:p w14:paraId="6C77A8BF" w14:textId="15F2C245" w:rsidR="007A0799" w:rsidRPr="007A0799" w:rsidRDefault="007A0799" w:rsidP="007A0799">
                              <w:pPr>
                                <w:pStyle w:val="Title"/>
                                <w:jc w:val="center"/>
                                <w:rPr>
                                  <w:sz w:val="40"/>
                                  <w:szCs w:val="40"/>
                                </w:rPr>
                              </w:pPr>
                              <w:r w:rsidRPr="007A0799">
                                <w:rPr>
                                  <w:sz w:val="40"/>
                                  <w:szCs w:val="40"/>
                                </w:rPr>
                                <w:t>Mission, Purpose, Vision</w:t>
                              </w:r>
                            </w:p>
                            <w:p w14:paraId="1A6BCD7E" w14:textId="77777777" w:rsidR="007A0799" w:rsidRDefault="007A07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BEA3E6" id="Group 7" o:spid="_x0000_s1026" alt="&quot;&quot;" style="position:absolute;margin-left:-39.6pt;margin-top:-27pt;width:505.2pt;height:1in;z-index:251668480;mso-width-relative:margin;mso-height-relative:margin" coordorigin=",-1143" coordsize="55778,91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NsOqNsOqBkGNsOqNsOqBkAAAAABjbDqjbDqgZBjbDqjbDqgZ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quot;&quot;" style="position:absolute;top:838;width:8991;height: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">
                  <v:imagedata r:id="rId8" o:title=""/>
                </v:shape>
                <v:shape id="Picture 2" o:spid="_x0000_s1028" type="#_x0000_t75" alt="&quot;&quot;" style="position:absolute;left:44881;width:10897;height:6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">
                  <v:imagedata r:id="rId9" o:title=""/>
                </v:shape>
                <v:shapetype id="_x0000_t202" coordsize="21600,21600" o:spt="202" path="m,l,21600r21600,l21600,xe">
                  <v:stroke joinstyle="miter"/>
                  <v:path gradientshapeok="t" o:connecttype="rect"/>
                </v:shapetype>
                <v:shape id="Text Box 6" o:spid="_x0000_s1029" type="#_x0000_t202" style="position:absolute;left:10003;top:-1143;width:3464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1CC3FF72" w14:textId="262B76C2" w:rsidR="007A0799" w:rsidRDefault="007A0799" w:rsidP="007A0799">
                        <w:pPr>
                          <w:pStyle w:val="Title"/>
                          <w:jc w:val="center"/>
                        </w:pPr>
                        <w:r w:rsidRPr="006F293A">
                          <w:t>Building The Foundation</w:t>
                        </w:r>
                      </w:p>
                      <w:p w14:paraId="6C77A8BF" w14:textId="15F2C245" w:rsidR="007A0799" w:rsidRPr="007A0799" w:rsidRDefault="007A0799" w:rsidP="007A0799">
                        <w:pPr>
                          <w:pStyle w:val="Title"/>
                          <w:jc w:val="center"/>
                          <w:rPr>
                            <w:sz w:val="40"/>
                            <w:szCs w:val="40"/>
                          </w:rPr>
                        </w:pPr>
                        <w:r w:rsidRPr="007A0799">
                          <w:rPr>
                            <w:sz w:val="40"/>
                            <w:szCs w:val="40"/>
                          </w:rPr>
                          <w:t>Mission, Purpose, Vision</w:t>
                        </w:r>
                      </w:p>
                      <w:p w14:paraId="1A6BCD7E" w14:textId="77777777" w:rsidR="007A0799" w:rsidRDefault="007A0799"/>
                    </w:txbxContent>
                  </v:textbox>
                </v:shape>
              </v:group>
            </w:pict>
          </mc:Fallback>
        </mc:AlternateContent>
      </w:r>
    </w:p>
    <w:p w14:paraId="25F85953" w14:textId="77777777" w:rsidR="00DB50BE" w:rsidRPr="00DB50BE" w:rsidRDefault="00DB50BE">
      <w:pPr>
        <w:rPr>
          <w:rFonts w:ascii="Lato" w:hAnsi="Lato"/>
          <w:sz w:val="16"/>
          <w:szCs w:val="16"/>
        </w:rPr>
      </w:pPr>
    </w:p>
    <w:p w14:paraId="3AFFA681" w14:textId="53C41F79" w:rsidR="00DA29F8" w:rsidRDefault="009B6DA0">
      <w:pPr>
        <w:rPr>
          <w:rFonts w:ascii="Lato" w:hAnsi="Lato"/>
          <w:sz w:val="28"/>
          <w:szCs w:val="28"/>
        </w:rPr>
      </w:pPr>
      <w:r w:rsidRPr="006F293A">
        <w:rPr>
          <w:rFonts w:ascii="Lato" w:hAnsi="Lato"/>
          <w:sz w:val="28"/>
          <w:szCs w:val="28"/>
        </w:rPr>
        <w:t xml:space="preserve">Every successful </w:t>
      </w:r>
      <w:proofErr w:type="spellStart"/>
      <w:r w:rsidRPr="006F293A">
        <w:rPr>
          <w:rFonts w:ascii="Lato" w:hAnsi="Lato"/>
          <w:sz w:val="28"/>
          <w:szCs w:val="28"/>
        </w:rPr>
        <w:t>CCoT</w:t>
      </w:r>
      <w:proofErr w:type="spellEnd"/>
      <w:r w:rsidRPr="006F293A">
        <w:rPr>
          <w:rFonts w:ascii="Lato" w:hAnsi="Lato"/>
          <w:sz w:val="28"/>
          <w:szCs w:val="28"/>
        </w:rPr>
        <w:t xml:space="preserve"> Team begins with a shared understanding of where the team is headed, why the team exists, and how the team will work together. A clear vision, purpose, and mission help guide conversations, decisions, and actions.</w:t>
      </w:r>
    </w:p>
    <w:p w14:paraId="54DBCDBE" w14:textId="2E691FCF" w:rsidR="006F293A" w:rsidRDefault="006F293A">
      <w:pPr>
        <w:rPr>
          <w:rFonts w:ascii="Lato" w:hAnsi="Lato"/>
          <w:sz w:val="28"/>
          <w:szCs w:val="28"/>
        </w:rPr>
      </w:pPr>
      <w:r>
        <w:rPr>
          <w:rFonts w:ascii="Lato" w:hAnsi="Lato"/>
          <w:sz w:val="28"/>
          <w:szCs w:val="28"/>
        </w:rPr>
        <w:t>Think of these statements as a pathway:</w:t>
      </w:r>
    </w:p>
    <w:p w14:paraId="6400F8A5" w14:textId="68CBFA55" w:rsidR="006F293A" w:rsidRPr="006F293A" w:rsidRDefault="006F293A">
      <w:pPr>
        <w:rPr>
          <w:rFonts w:ascii="Lato" w:hAnsi="Lato"/>
          <w:sz w:val="36"/>
          <w:szCs w:val="36"/>
        </w:rPr>
      </w:pPr>
      <w:r>
        <w:rPr>
          <w:rFonts w:ascii="Lato" w:hAnsi="Lato"/>
          <w:sz w:val="28"/>
          <w:szCs w:val="28"/>
        </w:rPr>
        <w:t xml:space="preserve">   </w:t>
      </w:r>
      <w:r w:rsidRPr="007A0799">
        <w:rPr>
          <w:rFonts w:ascii="Lato" w:hAnsi="Lato"/>
          <w:b/>
          <w:bCs/>
          <w:sz w:val="28"/>
          <w:szCs w:val="28"/>
        </w:rPr>
        <w:t>Vision</w:t>
      </w:r>
      <w:r w:rsidR="000D450F">
        <w:rPr>
          <w:rFonts w:ascii="Lato" w:hAnsi="Lato"/>
          <w:b/>
          <w:bCs/>
          <w:sz w:val="28"/>
          <w:szCs w:val="28"/>
        </w:rPr>
        <w:t xml:space="preserve">          -          </w:t>
      </w:r>
      <w:r w:rsidRPr="007A0799">
        <w:rPr>
          <w:rFonts w:ascii="Lato" w:hAnsi="Lato"/>
          <w:b/>
          <w:bCs/>
          <w:sz w:val="28"/>
          <w:szCs w:val="28"/>
        </w:rPr>
        <w:t>Purpose</w:t>
      </w:r>
      <w:r w:rsidR="000D450F">
        <w:rPr>
          <w:rFonts w:ascii="Lato" w:hAnsi="Lato"/>
          <w:b/>
          <w:bCs/>
          <w:sz w:val="28"/>
          <w:szCs w:val="28"/>
        </w:rPr>
        <w:t xml:space="preserve">          -          </w:t>
      </w:r>
      <w:r w:rsidRPr="007A0799">
        <w:rPr>
          <w:rFonts w:ascii="Lato" w:hAnsi="Lato"/>
          <w:b/>
          <w:bCs/>
          <w:sz w:val="28"/>
          <w:szCs w:val="28"/>
        </w:rPr>
        <w:t>Mission</w:t>
      </w:r>
      <w:r w:rsidR="000D450F">
        <w:rPr>
          <w:rFonts w:ascii="Lato" w:hAnsi="Lato"/>
          <w:b/>
          <w:bCs/>
          <w:sz w:val="28"/>
          <w:szCs w:val="28"/>
        </w:rPr>
        <w:t xml:space="preserve">          -          </w:t>
      </w:r>
      <w:r w:rsidRPr="007A0799">
        <w:rPr>
          <w:rFonts w:ascii="Lato" w:hAnsi="Lato"/>
          <w:b/>
          <w:bCs/>
          <w:sz w:val="28"/>
          <w:szCs w:val="28"/>
        </w:rPr>
        <w:t>Action</w:t>
      </w:r>
    </w:p>
    <w:tbl>
      <w:tblPr>
        <w:tblW w:w="0" w:type="auto"/>
        <w:jc w:val="center"/>
        <w:tblLook w:val="04A0" w:firstRow="1" w:lastRow="0" w:firstColumn="1" w:lastColumn="0" w:noHBand="0" w:noVBand="1"/>
      </w:tblPr>
      <w:tblGrid>
        <w:gridCol w:w="1995"/>
        <w:gridCol w:w="2715"/>
        <w:gridCol w:w="3930"/>
      </w:tblGrid>
      <w:tr w:rsidR="00DA29F8" w:rsidRPr="006F293A" w14:paraId="40973C7B" w14:textId="77777777">
        <w:trPr>
          <w:jc w:val="center"/>
        </w:trPr>
        <w:tc>
          <w:tcPr>
            <w:tcW w:w="2160" w:type="dxa"/>
            <w:shd w:val="clear" w:color="auto" w:fill="102C57"/>
            <w:tcMar>
              <w:top w:w="100" w:type="dxa"/>
              <w:left w:w="100" w:type="dxa"/>
              <w:bottom w:w="100" w:type="dxa"/>
              <w:right w:w="100" w:type="dxa"/>
            </w:tcMar>
          </w:tcPr>
          <w:p w14:paraId="7CA36B77" w14:textId="77777777" w:rsidR="00DA29F8" w:rsidRPr="006F293A" w:rsidRDefault="009B6DA0">
            <w:pPr>
              <w:rPr>
                <w:rFonts w:ascii="Lato" w:hAnsi="Lato"/>
                <w:sz w:val="28"/>
                <w:szCs w:val="28"/>
              </w:rPr>
            </w:pPr>
            <w:r w:rsidRPr="006F293A">
              <w:rPr>
                <w:rFonts w:ascii="Lato" w:hAnsi="Lato"/>
                <w:b/>
                <w:color w:val="FFFFFF"/>
                <w:sz w:val="28"/>
                <w:szCs w:val="28"/>
              </w:rPr>
              <w:t>Statement</w:t>
            </w:r>
          </w:p>
        </w:tc>
        <w:tc>
          <w:tcPr>
            <w:tcW w:w="3168" w:type="dxa"/>
            <w:shd w:val="clear" w:color="auto" w:fill="102C57"/>
            <w:tcMar>
              <w:top w:w="100" w:type="dxa"/>
              <w:left w:w="100" w:type="dxa"/>
              <w:bottom w:w="100" w:type="dxa"/>
              <w:right w:w="100" w:type="dxa"/>
            </w:tcMar>
          </w:tcPr>
          <w:p w14:paraId="245EB4CF" w14:textId="73020E25" w:rsidR="00DA29F8" w:rsidRPr="006F293A" w:rsidRDefault="009B6DA0">
            <w:pPr>
              <w:rPr>
                <w:rFonts w:ascii="Lato" w:hAnsi="Lato"/>
                <w:sz w:val="28"/>
                <w:szCs w:val="28"/>
              </w:rPr>
            </w:pPr>
            <w:r w:rsidRPr="006F293A">
              <w:rPr>
                <w:rFonts w:ascii="Lato" w:hAnsi="Lato"/>
                <w:b/>
                <w:color w:val="FFFFFF"/>
                <w:sz w:val="28"/>
                <w:szCs w:val="28"/>
              </w:rPr>
              <w:t>Question It Answers</w:t>
            </w:r>
          </w:p>
        </w:tc>
        <w:tc>
          <w:tcPr>
            <w:tcW w:w="4752" w:type="dxa"/>
            <w:shd w:val="clear" w:color="auto" w:fill="102C57"/>
            <w:tcMar>
              <w:top w:w="100" w:type="dxa"/>
              <w:left w:w="100" w:type="dxa"/>
              <w:bottom w:w="100" w:type="dxa"/>
              <w:right w:w="100" w:type="dxa"/>
            </w:tcMar>
          </w:tcPr>
          <w:p w14:paraId="604B3759" w14:textId="77777777" w:rsidR="00DA29F8" w:rsidRPr="006F293A" w:rsidRDefault="009B6DA0">
            <w:pPr>
              <w:rPr>
                <w:rFonts w:ascii="Lato" w:hAnsi="Lato"/>
                <w:sz w:val="28"/>
                <w:szCs w:val="28"/>
              </w:rPr>
            </w:pPr>
            <w:r w:rsidRPr="006F293A">
              <w:rPr>
                <w:rFonts w:ascii="Lato" w:hAnsi="Lato"/>
                <w:b/>
                <w:color w:val="FFFFFF"/>
                <w:sz w:val="28"/>
                <w:szCs w:val="28"/>
              </w:rPr>
              <w:t>Definition &amp; Focus</w:t>
            </w:r>
          </w:p>
        </w:tc>
      </w:tr>
      <w:tr w:rsidR="00DA29F8" w:rsidRPr="006F293A" w14:paraId="44BF97DC" w14:textId="77777777">
        <w:trPr>
          <w:jc w:val="center"/>
        </w:trPr>
        <w:tc>
          <w:tcPr>
            <w:tcW w:w="2160" w:type="dxa"/>
            <w:shd w:val="clear" w:color="auto" w:fill="F8F9FA"/>
            <w:tcMar>
              <w:top w:w="80" w:type="dxa"/>
              <w:left w:w="100" w:type="dxa"/>
              <w:bottom w:w="80" w:type="dxa"/>
              <w:right w:w="100" w:type="dxa"/>
            </w:tcMar>
          </w:tcPr>
          <w:p w14:paraId="04F80AC9" w14:textId="77777777" w:rsidR="00DA29F8" w:rsidRPr="006F293A" w:rsidRDefault="009B6DA0">
            <w:pPr>
              <w:rPr>
                <w:rFonts w:ascii="Lato" w:hAnsi="Lato"/>
                <w:sz w:val="28"/>
                <w:szCs w:val="28"/>
              </w:rPr>
            </w:pPr>
            <w:r w:rsidRPr="006F293A">
              <w:rPr>
                <w:rFonts w:ascii="Lato" w:hAnsi="Lato"/>
                <w:b/>
                <w:sz w:val="28"/>
                <w:szCs w:val="28"/>
              </w:rPr>
              <w:t>Vision</w:t>
            </w:r>
          </w:p>
        </w:tc>
        <w:tc>
          <w:tcPr>
            <w:tcW w:w="3168" w:type="dxa"/>
            <w:shd w:val="clear" w:color="auto" w:fill="F8F9FA"/>
            <w:tcMar>
              <w:top w:w="80" w:type="dxa"/>
              <w:left w:w="100" w:type="dxa"/>
              <w:bottom w:w="80" w:type="dxa"/>
              <w:right w:w="100" w:type="dxa"/>
            </w:tcMar>
          </w:tcPr>
          <w:p w14:paraId="3AC27B2A" w14:textId="77777777" w:rsidR="00DA29F8" w:rsidRPr="006F293A" w:rsidRDefault="009B6DA0">
            <w:pPr>
              <w:rPr>
                <w:rFonts w:ascii="Lato" w:hAnsi="Lato"/>
                <w:sz w:val="28"/>
                <w:szCs w:val="28"/>
              </w:rPr>
            </w:pPr>
            <w:r w:rsidRPr="006F293A">
              <w:rPr>
                <w:rFonts w:ascii="Lato" w:hAnsi="Lato"/>
                <w:sz w:val="28"/>
                <w:szCs w:val="28"/>
              </w:rPr>
              <w:t>Where is the CCoT Team going?</w:t>
            </w:r>
          </w:p>
        </w:tc>
        <w:tc>
          <w:tcPr>
            <w:tcW w:w="4752" w:type="dxa"/>
            <w:shd w:val="clear" w:color="auto" w:fill="F8F9FA"/>
            <w:tcMar>
              <w:top w:w="80" w:type="dxa"/>
              <w:left w:w="100" w:type="dxa"/>
              <w:bottom w:w="80" w:type="dxa"/>
              <w:right w:w="100" w:type="dxa"/>
            </w:tcMar>
          </w:tcPr>
          <w:p w14:paraId="51FBD24C" w14:textId="77777777" w:rsidR="00DA29F8" w:rsidRPr="006F293A" w:rsidRDefault="009B6DA0">
            <w:pPr>
              <w:rPr>
                <w:rFonts w:ascii="Lato" w:hAnsi="Lato"/>
                <w:sz w:val="28"/>
                <w:szCs w:val="28"/>
              </w:rPr>
            </w:pPr>
            <w:r w:rsidRPr="006F293A">
              <w:rPr>
                <w:rFonts w:ascii="Lato" w:hAnsi="Lato"/>
                <w:sz w:val="28"/>
                <w:szCs w:val="28"/>
              </w:rPr>
              <w:t>Describes the future the CCoT Team hopes to create. A shared picture of what is possible.</w:t>
            </w:r>
          </w:p>
        </w:tc>
      </w:tr>
      <w:tr w:rsidR="00DA29F8" w:rsidRPr="006F293A" w14:paraId="6BA96664" w14:textId="77777777">
        <w:trPr>
          <w:jc w:val="center"/>
        </w:trPr>
        <w:tc>
          <w:tcPr>
            <w:tcW w:w="2160" w:type="dxa"/>
            <w:shd w:val="clear" w:color="auto" w:fill="FFFFFF"/>
            <w:tcMar>
              <w:top w:w="80" w:type="dxa"/>
              <w:left w:w="100" w:type="dxa"/>
              <w:bottom w:w="80" w:type="dxa"/>
              <w:right w:w="100" w:type="dxa"/>
            </w:tcMar>
          </w:tcPr>
          <w:p w14:paraId="05319C21" w14:textId="77777777" w:rsidR="00DA29F8" w:rsidRPr="006F293A" w:rsidRDefault="009B6DA0">
            <w:pPr>
              <w:rPr>
                <w:rFonts w:ascii="Lato" w:hAnsi="Lato"/>
                <w:sz w:val="28"/>
                <w:szCs w:val="28"/>
              </w:rPr>
            </w:pPr>
            <w:r w:rsidRPr="006F293A">
              <w:rPr>
                <w:rFonts w:ascii="Lato" w:hAnsi="Lato"/>
                <w:b/>
                <w:sz w:val="28"/>
                <w:szCs w:val="28"/>
              </w:rPr>
              <w:t>Purpose</w:t>
            </w:r>
          </w:p>
        </w:tc>
        <w:tc>
          <w:tcPr>
            <w:tcW w:w="3168" w:type="dxa"/>
            <w:shd w:val="clear" w:color="auto" w:fill="FFFFFF"/>
            <w:tcMar>
              <w:top w:w="80" w:type="dxa"/>
              <w:left w:w="100" w:type="dxa"/>
              <w:bottom w:w="80" w:type="dxa"/>
              <w:right w:w="100" w:type="dxa"/>
            </w:tcMar>
          </w:tcPr>
          <w:p w14:paraId="5B3F6338" w14:textId="77777777" w:rsidR="00DA29F8" w:rsidRPr="006F293A" w:rsidRDefault="009B6DA0">
            <w:pPr>
              <w:rPr>
                <w:rFonts w:ascii="Lato" w:hAnsi="Lato"/>
                <w:sz w:val="28"/>
                <w:szCs w:val="28"/>
              </w:rPr>
            </w:pPr>
            <w:r w:rsidRPr="006F293A">
              <w:rPr>
                <w:rFonts w:ascii="Lato" w:hAnsi="Lato"/>
                <w:sz w:val="28"/>
                <w:szCs w:val="28"/>
              </w:rPr>
              <w:t>Why does our CCoT Team exist?</w:t>
            </w:r>
          </w:p>
        </w:tc>
        <w:tc>
          <w:tcPr>
            <w:tcW w:w="4752" w:type="dxa"/>
            <w:shd w:val="clear" w:color="auto" w:fill="FFFFFF"/>
            <w:tcMar>
              <w:top w:w="80" w:type="dxa"/>
              <w:left w:w="100" w:type="dxa"/>
              <w:bottom w:w="80" w:type="dxa"/>
              <w:right w:w="100" w:type="dxa"/>
            </w:tcMar>
          </w:tcPr>
          <w:p w14:paraId="29CE5541" w14:textId="77777777" w:rsidR="00DA29F8" w:rsidRPr="006F293A" w:rsidRDefault="009B6DA0">
            <w:pPr>
              <w:rPr>
                <w:rFonts w:ascii="Lato" w:hAnsi="Lato"/>
                <w:sz w:val="28"/>
                <w:szCs w:val="28"/>
              </w:rPr>
            </w:pPr>
            <w:r w:rsidRPr="006F293A">
              <w:rPr>
                <w:rFonts w:ascii="Lato" w:hAnsi="Lato"/>
                <w:sz w:val="28"/>
                <w:szCs w:val="28"/>
              </w:rPr>
              <w:t>Explains the reason the team comes together and the difference it hopes to make.</w:t>
            </w:r>
          </w:p>
        </w:tc>
      </w:tr>
      <w:tr w:rsidR="00DA29F8" w:rsidRPr="006F293A" w14:paraId="0E81FB5E" w14:textId="77777777">
        <w:trPr>
          <w:jc w:val="center"/>
        </w:trPr>
        <w:tc>
          <w:tcPr>
            <w:tcW w:w="2160" w:type="dxa"/>
            <w:shd w:val="clear" w:color="auto" w:fill="F8F9FA"/>
            <w:tcMar>
              <w:top w:w="80" w:type="dxa"/>
              <w:left w:w="100" w:type="dxa"/>
              <w:bottom w:w="80" w:type="dxa"/>
              <w:right w:w="100" w:type="dxa"/>
            </w:tcMar>
          </w:tcPr>
          <w:p w14:paraId="5CCA0AFB" w14:textId="77777777" w:rsidR="00DA29F8" w:rsidRPr="006F293A" w:rsidRDefault="009B6DA0">
            <w:pPr>
              <w:rPr>
                <w:rFonts w:ascii="Lato" w:hAnsi="Lato"/>
                <w:sz w:val="28"/>
                <w:szCs w:val="28"/>
              </w:rPr>
            </w:pPr>
            <w:r w:rsidRPr="006F293A">
              <w:rPr>
                <w:rFonts w:ascii="Lato" w:hAnsi="Lato"/>
                <w:b/>
                <w:sz w:val="28"/>
                <w:szCs w:val="28"/>
              </w:rPr>
              <w:t>Mission</w:t>
            </w:r>
          </w:p>
        </w:tc>
        <w:tc>
          <w:tcPr>
            <w:tcW w:w="3168" w:type="dxa"/>
            <w:shd w:val="clear" w:color="auto" w:fill="F8F9FA"/>
            <w:tcMar>
              <w:top w:w="80" w:type="dxa"/>
              <w:left w:w="100" w:type="dxa"/>
              <w:bottom w:w="80" w:type="dxa"/>
              <w:right w:w="100" w:type="dxa"/>
            </w:tcMar>
          </w:tcPr>
          <w:p w14:paraId="4E141460" w14:textId="77777777" w:rsidR="00DA29F8" w:rsidRPr="006F293A" w:rsidRDefault="009B6DA0">
            <w:pPr>
              <w:rPr>
                <w:rFonts w:ascii="Lato" w:hAnsi="Lato"/>
                <w:sz w:val="28"/>
                <w:szCs w:val="28"/>
              </w:rPr>
            </w:pPr>
            <w:r w:rsidRPr="006F293A">
              <w:rPr>
                <w:rFonts w:ascii="Lato" w:hAnsi="Lato"/>
                <w:sz w:val="28"/>
                <w:szCs w:val="28"/>
              </w:rPr>
              <w:t>What will our CCoT Team do?</w:t>
            </w:r>
          </w:p>
        </w:tc>
        <w:tc>
          <w:tcPr>
            <w:tcW w:w="4752" w:type="dxa"/>
            <w:shd w:val="clear" w:color="auto" w:fill="F8F9FA"/>
            <w:tcMar>
              <w:top w:w="80" w:type="dxa"/>
              <w:left w:w="100" w:type="dxa"/>
              <w:bottom w:w="80" w:type="dxa"/>
              <w:right w:w="100" w:type="dxa"/>
            </w:tcMar>
          </w:tcPr>
          <w:p w14:paraId="735E94DE" w14:textId="77777777" w:rsidR="00DA29F8" w:rsidRPr="006F293A" w:rsidRDefault="009B6DA0">
            <w:pPr>
              <w:rPr>
                <w:rFonts w:ascii="Lato" w:hAnsi="Lato"/>
                <w:sz w:val="28"/>
                <w:szCs w:val="28"/>
              </w:rPr>
            </w:pPr>
            <w:r w:rsidRPr="006F293A">
              <w:rPr>
                <w:rFonts w:ascii="Lato" w:hAnsi="Lato"/>
                <w:sz w:val="28"/>
                <w:szCs w:val="28"/>
              </w:rPr>
              <w:t>Describes the work the team will complete to move toward the vision.</w:t>
            </w:r>
          </w:p>
        </w:tc>
      </w:tr>
    </w:tbl>
    <w:p w14:paraId="50B295DF" w14:textId="32026A89" w:rsidR="006F293A" w:rsidRPr="006F293A" w:rsidRDefault="006F293A">
      <w:pPr>
        <w:keepNext/>
        <w:spacing w:before="200" w:after="80"/>
        <w:rPr>
          <w:rFonts w:ascii="Lato" w:hAnsi="Lato"/>
          <w:b/>
          <w:color w:val="auto"/>
          <w:sz w:val="28"/>
          <w:szCs w:val="28"/>
        </w:rPr>
      </w:pPr>
      <w:r>
        <w:rPr>
          <w:rFonts w:ascii="Lato" w:hAnsi="Lato"/>
          <w:b/>
          <w:color w:val="auto"/>
          <w:sz w:val="28"/>
          <w:szCs w:val="28"/>
        </w:rPr>
        <w:t>These statements do not have to be perfect. They should reflect the shared thinking of the team and can be revisited as the team grows, learns, and responds to changing community needs.</w:t>
      </w:r>
    </w:p>
    <w:p w14:paraId="2B94FC39" w14:textId="6E2C5D9B" w:rsidR="00DA29F8" w:rsidRPr="006F293A" w:rsidRDefault="009B6DA0">
      <w:pPr>
        <w:keepNext/>
        <w:spacing w:before="200" w:after="80"/>
        <w:rPr>
          <w:rFonts w:ascii="Lato" w:hAnsi="Lato"/>
          <w:sz w:val="28"/>
          <w:szCs w:val="28"/>
        </w:rPr>
      </w:pPr>
      <w:proofErr w:type="spellStart"/>
      <w:r w:rsidRPr="006F293A">
        <w:rPr>
          <w:rFonts w:ascii="Lato" w:hAnsi="Lato"/>
          <w:b/>
          <w:color w:val="3565A9"/>
          <w:sz w:val="28"/>
          <w:szCs w:val="28"/>
        </w:rPr>
        <w:t>CCoT</w:t>
      </w:r>
      <w:proofErr w:type="spellEnd"/>
      <w:r w:rsidRPr="006F293A">
        <w:rPr>
          <w:rFonts w:ascii="Lato" w:hAnsi="Lato"/>
          <w:b/>
          <w:color w:val="3565A9"/>
          <w:sz w:val="28"/>
          <w:szCs w:val="28"/>
        </w:rPr>
        <w:t xml:space="preserve"> Facilitator Reflection &amp; Notes</w:t>
      </w:r>
    </w:p>
    <w:p w14:paraId="0D9CDD98" w14:textId="77777777" w:rsidR="00DA29F8" w:rsidRPr="006F293A" w:rsidRDefault="009B6DA0">
      <w:pPr>
        <w:rPr>
          <w:rFonts w:ascii="Lato" w:hAnsi="Lato"/>
          <w:sz w:val="28"/>
          <w:szCs w:val="28"/>
        </w:rPr>
      </w:pPr>
      <w:r w:rsidRPr="006F293A">
        <w:rPr>
          <w:rFonts w:ascii="Lato" w:hAnsi="Lato"/>
          <w:b/>
          <w:sz w:val="28"/>
          <w:szCs w:val="28"/>
        </w:rPr>
        <w:t>Where is the CCoT Team Today?</w:t>
      </w:r>
      <w:r w:rsidRPr="006F293A">
        <w:rPr>
          <w:rFonts w:ascii="Lato" w:hAnsi="Lato"/>
          <w:b/>
          <w:sz w:val="28"/>
          <w:szCs w:val="28"/>
        </w:rPr>
        <w:br/>
      </w:r>
      <w:r w:rsidRPr="006F293A">
        <w:rPr>
          <w:rFonts w:ascii="Lato" w:hAnsi="Lato"/>
          <w:sz w:val="28"/>
          <w:szCs w:val="28"/>
        </w:rPr>
        <w:t xml:space="preserve">• Do team members have a shared understanding of why the team </w:t>
      </w:r>
      <w:r w:rsidRPr="006F293A">
        <w:rPr>
          <w:rFonts w:ascii="Lato" w:hAnsi="Lato"/>
          <w:sz w:val="28"/>
          <w:szCs w:val="28"/>
        </w:rPr>
        <w:lastRenderedPageBreak/>
        <w:t>exists?</w:t>
      </w:r>
      <w:r w:rsidRPr="006F293A">
        <w:rPr>
          <w:rFonts w:ascii="Lato" w:hAnsi="Lato"/>
          <w:sz w:val="28"/>
          <w:szCs w:val="28"/>
        </w:rPr>
        <w:br/>
        <w:t>• Can members describe what success looks like for youth in the community?</w:t>
      </w:r>
      <w:r w:rsidRPr="006F293A">
        <w:rPr>
          <w:rFonts w:ascii="Lato" w:hAnsi="Lato"/>
          <w:sz w:val="28"/>
          <w:szCs w:val="28"/>
        </w:rPr>
        <w:br/>
        <w:t>• Are the team's activities connected to a common goal?</w:t>
      </w:r>
      <w:r w:rsidRPr="006F293A">
        <w:rPr>
          <w:rFonts w:ascii="Lato" w:hAnsi="Lato"/>
          <w:sz w:val="28"/>
          <w:szCs w:val="28"/>
        </w:rPr>
        <w:br/>
        <w:t>• Which of our current statements still feel meaningful?</w:t>
      </w:r>
      <w:r w:rsidRPr="006F293A">
        <w:rPr>
          <w:rFonts w:ascii="Lato" w:hAnsi="Lato"/>
          <w:sz w:val="28"/>
          <w:szCs w:val="28"/>
        </w:rPr>
        <w:br/>
        <w:t>• Which statements no longer reflect who we are or where we are headed?</w:t>
      </w:r>
    </w:p>
    <w:p w14:paraId="55EDBD40"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[Enter Facilitator Reflection &amp; Notes here]  </w:t>
      </w:r>
    </w:p>
    <w:p w14:paraId="47240B09" w14:textId="77777777" w:rsidR="00DA29F8" w:rsidRPr="006F293A" w:rsidRDefault="009B6DA0">
      <w:pPr>
        <w:keepNext/>
        <w:spacing w:before="200" w:after="80"/>
        <w:rPr>
          <w:rFonts w:ascii="Lato" w:hAnsi="Lato"/>
          <w:sz w:val="28"/>
          <w:szCs w:val="28"/>
        </w:rPr>
      </w:pPr>
      <w:r w:rsidRPr="006F293A">
        <w:rPr>
          <w:rFonts w:ascii="Lato" w:hAnsi="Lato"/>
          <w:b/>
          <w:color w:val="3565A9"/>
          <w:sz w:val="28"/>
          <w:szCs w:val="28"/>
        </w:rPr>
        <w:t>Vision Statement Planning</w:t>
      </w:r>
    </w:p>
    <w:p w14:paraId="4CC82CA3" w14:textId="77777777" w:rsidR="00DA29F8" w:rsidRPr="006F293A" w:rsidRDefault="009B6DA0">
      <w:pPr>
        <w:rPr>
          <w:rFonts w:ascii="Lato" w:hAnsi="Lato"/>
          <w:sz w:val="28"/>
          <w:szCs w:val="28"/>
        </w:rPr>
      </w:pPr>
      <w:r w:rsidRPr="006F293A">
        <w:rPr>
          <w:rFonts w:ascii="Lato" w:hAnsi="Lato"/>
          <w:sz w:val="28"/>
          <w:szCs w:val="28"/>
        </w:rPr>
        <w:t>Example: "All students with disabilities have opportunities, connections, and support to achieve their goals for life after high school."</w:t>
      </w:r>
    </w:p>
    <w:p w14:paraId="36655749" w14:textId="77777777" w:rsidR="00DA29F8" w:rsidRPr="006F293A" w:rsidRDefault="009B6DA0">
      <w:pPr>
        <w:rPr>
          <w:rFonts w:ascii="Lato" w:hAnsi="Lato"/>
          <w:sz w:val="28"/>
          <w:szCs w:val="28"/>
        </w:rPr>
      </w:pPr>
      <w:r w:rsidRPr="006F293A">
        <w:rPr>
          <w:rFonts w:ascii="Lato" w:hAnsi="Lato"/>
          <w:b/>
          <w:sz w:val="28"/>
          <w:szCs w:val="28"/>
        </w:rPr>
        <w:t>Draft Team Vision Statement:</w:t>
      </w:r>
    </w:p>
    <w:p w14:paraId="68D25ED6"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[Enter Vision Statement here]  </w:t>
      </w:r>
    </w:p>
    <w:p w14:paraId="698D3758" w14:textId="77777777" w:rsidR="00DA29F8" w:rsidRPr="006F293A" w:rsidRDefault="009B6DA0">
      <w:pPr>
        <w:keepNext/>
        <w:spacing w:before="200" w:after="80"/>
        <w:rPr>
          <w:rFonts w:ascii="Lato" w:hAnsi="Lato"/>
          <w:sz w:val="28"/>
          <w:szCs w:val="28"/>
        </w:rPr>
      </w:pPr>
      <w:r w:rsidRPr="006F293A">
        <w:rPr>
          <w:rFonts w:ascii="Lato" w:hAnsi="Lato"/>
          <w:b/>
          <w:color w:val="3565A9"/>
          <w:sz w:val="28"/>
          <w:szCs w:val="28"/>
        </w:rPr>
        <w:t>Purpose Statement Planning</w:t>
      </w:r>
    </w:p>
    <w:p w14:paraId="6991119E" w14:textId="77777777" w:rsidR="00DA29F8" w:rsidRPr="006F293A" w:rsidRDefault="009B6DA0">
      <w:pPr>
        <w:rPr>
          <w:rFonts w:ascii="Lato" w:hAnsi="Lato"/>
          <w:sz w:val="28"/>
          <w:szCs w:val="28"/>
        </w:rPr>
      </w:pPr>
      <w:r w:rsidRPr="006F293A">
        <w:rPr>
          <w:rFonts w:ascii="Lato" w:hAnsi="Lato"/>
          <w:sz w:val="28"/>
          <w:szCs w:val="28"/>
        </w:rPr>
        <w:t>Example: "The CCoT Team brings together community partners to identify and address barriers that impact successful transitions for students."</w:t>
      </w:r>
    </w:p>
    <w:p w14:paraId="7D5DD4C1" w14:textId="77777777" w:rsidR="00DA29F8" w:rsidRPr="006F293A" w:rsidRDefault="009B6DA0">
      <w:pPr>
        <w:rPr>
          <w:rFonts w:ascii="Lato" w:hAnsi="Lato"/>
          <w:sz w:val="28"/>
          <w:szCs w:val="28"/>
        </w:rPr>
      </w:pPr>
      <w:r w:rsidRPr="006F293A">
        <w:rPr>
          <w:rFonts w:ascii="Lato" w:hAnsi="Lato"/>
          <w:b/>
          <w:sz w:val="28"/>
          <w:szCs w:val="28"/>
        </w:rPr>
        <w:t>Draft Team Purpose Statement:</w:t>
      </w:r>
    </w:p>
    <w:p w14:paraId="13B7E1B5"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[Enter Purpose Statement here]  </w:t>
      </w:r>
    </w:p>
    <w:p w14:paraId="105A9E52" w14:textId="77777777" w:rsidR="00DA29F8" w:rsidRPr="006F293A" w:rsidRDefault="009B6DA0">
      <w:pPr>
        <w:keepNext/>
        <w:spacing w:before="200" w:after="80"/>
        <w:rPr>
          <w:rFonts w:ascii="Lato" w:hAnsi="Lato"/>
          <w:sz w:val="28"/>
          <w:szCs w:val="28"/>
        </w:rPr>
      </w:pPr>
      <w:r w:rsidRPr="006F293A">
        <w:rPr>
          <w:rFonts w:ascii="Lato" w:hAnsi="Lato"/>
          <w:b/>
          <w:color w:val="3565A9"/>
          <w:sz w:val="28"/>
          <w:szCs w:val="28"/>
        </w:rPr>
        <w:t>Mission Statement Planning</w:t>
      </w:r>
    </w:p>
    <w:p w14:paraId="7F7860CA" w14:textId="77777777" w:rsidR="00DA29F8" w:rsidRPr="006F293A" w:rsidRDefault="009B6DA0">
      <w:pPr>
        <w:rPr>
          <w:rFonts w:ascii="Lato" w:hAnsi="Lato"/>
          <w:sz w:val="28"/>
          <w:szCs w:val="28"/>
        </w:rPr>
      </w:pPr>
      <w:r w:rsidRPr="006F293A">
        <w:rPr>
          <w:rFonts w:ascii="Lato" w:hAnsi="Lato"/>
          <w:sz w:val="28"/>
          <w:szCs w:val="28"/>
        </w:rPr>
        <w:t>Example: "The CCoT Team collaborates with schools, agencies, businesses, families, and youth to create pathways and opportunities that support successful transitions to adult life."</w:t>
      </w:r>
    </w:p>
    <w:p w14:paraId="48261DA4" w14:textId="77777777" w:rsidR="00DA29F8" w:rsidRPr="006F293A" w:rsidRDefault="009B6DA0">
      <w:pPr>
        <w:rPr>
          <w:rFonts w:ascii="Lato" w:hAnsi="Lato"/>
          <w:sz w:val="28"/>
          <w:szCs w:val="28"/>
        </w:rPr>
      </w:pPr>
      <w:r w:rsidRPr="006F293A">
        <w:rPr>
          <w:rFonts w:ascii="Lato" w:hAnsi="Lato"/>
          <w:b/>
          <w:sz w:val="28"/>
          <w:szCs w:val="28"/>
        </w:rPr>
        <w:t>Draft Team Mission Statement:</w:t>
      </w:r>
    </w:p>
    <w:p w14:paraId="794C0AF2"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[Enter Mission Statement here]  </w:t>
      </w:r>
    </w:p>
    <w:p w14:paraId="754CD51B" w14:textId="77777777" w:rsidR="00DA29F8" w:rsidRPr="006F293A" w:rsidRDefault="009B6DA0">
      <w:pPr>
        <w:keepNext/>
        <w:spacing w:before="200" w:after="80"/>
        <w:rPr>
          <w:rFonts w:ascii="Lato" w:hAnsi="Lato"/>
          <w:sz w:val="28"/>
          <w:szCs w:val="28"/>
        </w:rPr>
      </w:pPr>
      <w:r w:rsidRPr="006F293A">
        <w:rPr>
          <w:rFonts w:ascii="Lato" w:hAnsi="Lato"/>
          <w:b/>
          <w:color w:val="3565A9"/>
          <w:sz w:val="28"/>
          <w:szCs w:val="28"/>
        </w:rPr>
        <w:lastRenderedPageBreak/>
        <w:t>From Statements to Action</w:t>
      </w:r>
    </w:p>
    <w:p w14:paraId="1F985BEE" w14:textId="77777777" w:rsidR="00DA29F8" w:rsidRPr="006F293A" w:rsidRDefault="009B6DA0">
      <w:pPr>
        <w:rPr>
          <w:rFonts w:ascii="Lato" w:hAnsi="Lato"/>
          <w:sz w:val="28"/>
          <w:szCs w:val="28"/>
        </w:rPr>
      </w:pPr>
      <w:r w:rsidRPr="006F293A">
        <w:rPr>
          <w:rFonts w:ascii="Lato" w:hAnsi="Lato"/>
          <w:b/>
          <w:sz w:val="28"/>
          <w:szCs w:val="28"/>
        </w:rPr>
        <w:t>1. What are our top three priorities this year?</w:t>
      </w:r>
      <w:r w:rsidRPr="006F293A">
        <w:rPr>
          <w:rFonts w:ascii="Lato" w:hAnsi="Lato"/>
          <w:b/>
          <w:sz w:val="28"/>
          <w:szCs w:val="28"/>
        </w:rPr>
        <w:br/>
      </w:r>
    </w:p>
    <w:p w14:paraId="330B7B53"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[List top 3 priorities]  </w:t>
      </w:r>
    </w:p>
    <w:p w14:paraId="5A86EC07" w14:textId="77777777" w:rsidR="00DA29F8" w:rsidRPr="006F293A" w:rsidRDefault="009B6DA0">
      <w:pPr>
        <w:rPr>
          <w:rFonts w:ascii="Lato" w:hAnsi="Lato"/>
          <w:sz w:val="28"/>
          <w:szCs w:val="28"/>
        </w:rPr>
      </w:pPr>
      <w:r w:rsidRPr="006F293A">
        <w:rPr>
          <w:rFonts w:ascii="Lato" w:hAnsi="Lato"/>
          <w:b/>
          <w:sz w:val="28"/>
          <w:szCs w:val="28"/>
        </w:rPr>
        <w:t>2. How do these priorities connect to our mission?</w:t>
      </w:r>
      <w:r w:rsidRPr="006F293A">
        <w:rPr>
          <w:rFonts w:ascii="Lato" w:hAnsi="Lato"/>
          <w:b/>
          <w:sz w:val="28"/>
          <w:szCs w:val="28"/>
        </w:rPr>
        <w:br/>
      </w:r>
    </w:p>
    <w:p w14:paraId="0519B053" w14:textId="77777777" w:rsidR="00DA29F8" w:rsidRPr="006F293A" w:rsidRDefault="009B6DA0">
      <w:pPr>
        <w:rPr>
          <w:rFonts w:ascii="Lato" w:hAnsi="Lato"/>
          <w:sz w:val="28"/>
          <w:szCs w:val="28"/>
        </w:rPr>
      </w:pPr>
      <w:r w:rsidRPr="006F293A">
        <w:rPr>
          <w:rFonts w:ascii="Lato" w:hAnsi="Lato"/>
          <w:i/>
          <w:color w:val="646464"/>
          <w:sz w:val="28"/>
          <w:szCs w:val="28"/>
          <w:shd w:val="clear" w:color="auto" w:fill="EBF3FA"/>
        </w:rPr>
        <w:t xml:space="preserve">  [Describe connection]  </w:t>
      </w:r>
    </w:p>
    <w:p w14:paraId="458E0338" w14:textId="77777777" w:rsidR="00DA29F8" w:rsidRPr="006F293A" w:rsidRDefault="009B6DA0">
      <w:pPr>
        <w:rPr>
          <w:rFonts w:ascii="Lato" w:hAnsi="Lato"/>
          <w:sz w:val="28"/>
          <w:szCs w:val="28"/>
        </w:rPr>
      </w:pPr>
      <w:r w:rsidRPr="006F293A">
        <w:rPr>
          <w:rFonts w:ascii="Lato" w:hAnsi="Lato"/>
          <w:b/>
          <w:sz w:val="28"/>
          <w:szCs w:val="28"/>
        </w:rPr>
        <w:t>3. How will we know we are making progress?</w:t>
      </w:r>
      <w:r w:rsidRPr="006F293A">
        <w:rPr>
          <w:rFonts w:ascii="Lato" w:hAnsi="Lato"/>
          <w:b/>
          <w:sz w:val="28"/>
          <w:szCs w:val="28"/>
        </w:rPr>
        <w:br/>
      </w:r>
    </w:p>
    <w:p w14:paraId="741E557B" w14:textId="226BFA4F" w:rsidR="00DA29F8" w:rsidRPr="006F293A" w:rsidRDefault="009B6DA0">
      <w:pPr>
        <w:rPr>
          <w:rFonts w:ascii="Lato" w:hAnsi="Lato"/>
          <w:i/>
          <w:color w:val="646464"/>
          <w:sz w:val="28"/>
          <w:szCs w:val="28"/>
          <w:shd w:val="clear" w:color="auto" w:fill="EBF3FA"/>
        </w:rPr>
      </w:pPr>
      <w:r w:rsidRPr="006F293A">
        <w:rPr>
          <w:rFonts w:ascii="Lato" w:hAnsi="Lato"/>
          <w:i/>
          <w:color w:val="646464"/>
          <w:sz w:val="28"/>
          <w:szCs w:val="28"/>
          <w:shd w:val="clear" w:color="auto" w:fill="EBF3FA"/>
        </w:rPr>
        <w:t xml:space="preserve">  [Identify progress indicators]  </w:t>
      </w:r>
    </w:p>
    <w:p w14:paraId="236E780D" w14:textId="60004BE9" w:rsidR="006F293A" w:rsidRPr="006F293A" w:rsidRDefault="006F293A">
      <w:pPr>
        <w:rPr>
          <w:rFonts w:ascii="Lato" w:hAnsi="Lato"/>
          <w:i/>
          <w:color w:val="646464"/>
          <w:sz w:val="28"/>
          <w:szCs w:val="28"/>
          <w:shd w:val="clear" w:color="auto" w:fill="EBF3FA"/>
        </w:rPr>
      </w:pPr>
    </w:p>
    <w:p w14:paraId="066D0489" w14:textId="39DE8164" w:rsidR="006F293A" w:rsidRPr="000F188E" w:rsidRDefault="006F293A" w:rsidP="007A0799">
      <w:pPr>
        <w:jc w:val="center"/>
        <w:rPr>
          <w:rFonts w:ascii="Lato" w:hAnsi="Lato"/>
          <w:sz w:val="24"/>
          <w:szCs w:val="24"/>
        </w:rPr>
      </w:pPr>
      <w:r w:rsidRPr="000F188E">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6F293A" w:rsidRPr="000F188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altName w:val="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50F"/>
    <w:rsid w:val="000F188E"/>
    <w:rsid w:val="0015074B"/>
    <w:rsid w:val="0029639D"/>
    <w:rsid w:val="00326F90"/>
    <w:rsid w:val="006F293A"/>
    <w:rsid w:val="007A0799"/>
    <w:rsid w:val="009B6DA0"/>
    <w:rsid w:val="00AA1D8D"/>
    <w:rsid w:val="00B47730"/>
    <w:rsid w:val="00CB0664"/>
    <w:rsid w:val="00DA29F8"/>
    <w:rsid w:val="00DB50BE"/>
    <w:rsid w:val="00FB2DFA"/>
    <w:rsid w:val="00FC693F"/>
    <w:rsid w:val="00FD1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3C97E"/>
  <w14:defaultImageDpi w14:val="300"/>
  <w15:docId w15:val="{4A60FC9A-4368-4D25-8530-D5A220A1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418</Words>
  <Characters>2388</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Pam Jenson</cp:lastModifiedBy>
  <cp:revision>4</cp:revision>
  <dcterms:created xsi:type="dcterms:W3CDTF">2026-08-24T12:43:00Z</dcterms:created>
  <dcterms:modified xsi:type="dcterms:W3CDTF">2026-08-24T16:28:00Z</dcterms:modified>
  <cp:category/>
</cp:coreProperties>
</file>