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A734B" w14:textId="77777777" w:rsidR="00827F57" w:rsidRDefault="00827F57" w:rsidP="00827F57">
      <w:pPr>
        <w:pStyle w:val="Title"/>
        <w:jc w:val="center"/>
        <w:rPr>
          <w:rFonts w:ascii="Lato" w:hAnsi="Lato"/>
          <w:sz w:val="28"/>
          <w:szCs w:val="28"/>
        </w:rPr>
      </w:pPr>
      <w:bookmarkStart w:id="0" w:name="_Hlk238446876"/>
      <w:r>
        <w:rPr>
          <w:noProof/>
        </w:rPr>
        <mc:AlternateContent>
          <mc:Choice Requires="wps">
            <w:drawing>
              <wp:anchor distT="0" distB="0" distL="114300" distR="114300" simplePos="0" relativeHeight="251660288" behindDoc="0" locked="0" layoutInCell="1" allowOverlap="1" wp14:anchorId="2A2FA068" wp14:editId="1D510DA4">
                <wp:simplePos x="0" y="0"/>
                <wp:positionH relativeFrom="column">
                  <wp:posOffset>403860</wp:posOffset>
                </wp:positionH>
                <wp:positionV relativeFrom="paragraph">
                  <wp:posOffset>7620</wp:posOffset>
                </wp:positionV>
                <wp:extent cx="4724400" cy="7010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4724400" cy="701040"/>
                        </a:xfrm>
                        <a:prstGeom prst="rect">
                          <a:avLst/>
                        </a:prstGeom>
                        <a:noFill/>
                        <a:ln w="6350">
                          <a:noFill/>
                        </a:ln>
                      </wps:spPr>
                      <wps:txbx>
                        <w:txbxContent>
                          <w:p w14:paraId="3CB6D33A" w14:textId="7A4F9479" w:rsidR="00827F57" w:rsidRPr="00827F57" w:rsidRDefault="00827F57" w:rsidP="00827F57">
                            <w:pPr>
                              <w:pStyle w:val="Title"/>
                              <w:rPr>
                                <w:b/>
                                <w:bCs/>
                                <w:color w:val="365F91" w:themeColor="accent1" w:themeShade="BF"/>
                              </w:rPr>
                            </w:pPr>
                            <w:r w:rsidRPr="00827F57">
                              <w:rPr>
                                <w:b/>
                                <w:bCs/>
                                <w:color w:val="365F91" w:themeColor="accent1" w:themeShade="BF"/>
                              </w:rPr>
                              <w:t xml:space="preserve">Building a </w:t>
                            </w:r>
                            <w:proofErr w:type="spellStart"/>
                            <w:r w:rsidRPr="00827F57">
                              <w:rPr>
                                <w:b/>
                                <w:bCs/>
                                <w:color w:val="365F91" w:themeColor="accent1" w:themeShade="BF"/>
                              </w:rPr>
                              <w:t>CCoT</w:t>
                            </w:r>
                            <w:proofErr w:type="spellEnd"/>
                            <w:r w:rsidRPr="00827F57">
                              <w:rPr>
                                <w:b/>
                                <w:bCs/>
                                <w:color w:val="365F91" w:themeColor="accent1" w:themeShade="BF"/>
                              </w:rPr>
                              <w:t xml:space="preserve"> Team Reflection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A2FA068" id="_x0000_t202" coordsize="21600,21600" o:spt="202" path="m,l,21600r21600,l21600,xe">
                <v:stroke joinstyle="miter"/>
                <v:path gradientshapeok="t" o:connecttype="rect"/>
              </v:shapetype>
              <v:shape id="Text Box 1" o:spid="_x0000_s1026" type="#_x0000_t202" style="position:absolute;left:0;text-align:left;margin-left:31.8pt;margin-top:.6pt;width:372pt;height:55.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" filled="f" stroked="f" strokeweight=".5pt">
                <v:textbox>
                  <w:txbxContent>
                    <w:p w14:paraId="3CB6D33A" w14:textId="7A4F9479" w:rsidR="00827F57" w:rsidRPr="00827F57" w:rsidRDefault="00827F57" w:rsidP="00827F57">
                      <w:pPr>
                        <w:pStyle w:val="Title"/>
                        <w:rPr>
                          <w:b/>
                          <w:bCs/>
                          <w:color w:val="365F91" w:themeColor="accent1" w:themeShade="BF"/>
                        </w:rPr>
                      </w:pPr>
                      <w:r w:rsidRPr="00827F57">
                        <w:rPr>
                          <w:b/>
                          <w:bCs/>
                          <w:color w:val="365F91" w:themeColor="accent1" w:themeShade="BF"/>
                        </w:rPr>
                        <w:t xml:space="preserve">Building a </w:t>
                      </w:r>
                      <w:proofErr w:type="spellStart"/>
                      <w:r w:rsidRPr="00827F57">
                        <w:rPr>
                          <w:b/>
                          <w:bCs/>
                          <w:color w:val="365F91" w:themeColor="accent1" w:themeShade="BF"/>
                        </w:rPr>
                        <w:t>CCoT</w:t>
                      </w:r>
                      <w:proofErr w:type="spellEnd"/>
                      <w:r w:rsidRPr="00827F57">
                        <w:rPr>
                          <w:b/>
                          <w:bCs/>
                          <w:color w:val="365F91" w:themeColor="accent1" w:themeShade="BF"/>
                        </w:rPr>
                        <w:t xml:space="preserve"> Team Reflection</w:t>
                      </w:r>
                    </w:p>
                  </w:txbxContent>
                </v:textbox>
              </v:shape>
            </w:pict>
          </mc:Fallback>
        </mc:AlternateContent>
      </w:r>
      <w:r w:rsidR="000870B2">
        <w:rPr>
          <w:noProof/>
        </w:rPr>
        <mc:AlternateContent>
          <mc:Choice Requires="wpg">
            <w:drawing>
              <wp:anchor distT="0" distB="0" distL="114300" distR="114300" simplePos="0" relativeHeight="251659264" behindDoc="0" locked="0" layoutInCell="1" allowOverlap="1" wp14:anchorId="041CF800" wp14:editId="1D518E28">
                <wp:simplePos x="0" y="0"/>
                <wp:positionH relativeFrom="margin">
                  <wp:align>center</wp:align>
                </wp:positionH>
                <wp:positionV relativeFrom="paragraph">
                  <wp:posOffset>0</wp:posOffset>
                </wp:positionV>
                <wp:extent cx="7078980" cy="612140"/>
                <wp:effectExtent l="0" t="0" r="0" b="1270"/>
                <wp:wrapSquare wrapText="bothSides"/>
                <wp:docPr id="4" name="Group 4"/>
                <wp:cNvGraphicFramePr/>
                <a:graphic xmlns:a="http://schemas.openxmlformats.org/drawingml/2006/main">
                  <a:graphicData uri="http://schemas.microsoft.com/office/word/2010/wordprocessingGroup">
                    <wpg:wgp>
                      <wpg:cNvGrpSpPr/>
                      <wpg:grpSpPr>
                        <a:xfrm>
                          <a:off x="0" y="0"/>
                          <a:ext cx="7078980" cy="612140"/>
                          <a:chOff x="0" y="0"/>
                          <a:chExt cx="7078980" cy="612140"/>
                        </a:xfrm>
                      </wpg:grpSpPr>
                      <pic:pic xmlns:pic="http://schemas.openxmlformats.org/drawingml/2006/picture">
                        <pic:nvPicPr>
                          <pic:cNvPr id="3"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pic:pic xmlns:pic="http://schemas.openxmlformats.org/drawingml/2006/picture">
                        <pic:nvPicPr>
                          <pic:cNvPr id="2" name="Pictur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6050280" y="15240"/>
                            <a:ext cx="1028700" cy="596900"/>
                          </a:xfrm>
                          <a:prstGeom prst="rect">
                            <a:avLst/>
                          </a:prstGeom>
                          <a:noFill/>
                          <a:ln>
                            <a:noFill/>
                          </a:ln>
                        </pic:spPr>
                      </pic:pic>
                    </wpg:wgp>
                  </a:graphicData>
                </a:graphic>
                <wp14:sizeRelV relativeFrom="margin">
                  <wp14:pctHeight>0</wp14:pctHeight>
                </wp14:sizeRelV>
              </wp:anchor>
            </w:drawing>
          </mc:Choice>
          <mc:Fallback>
            <w:pict>
              <v:group w14:anchorId="01507D34" id="Group 4" o:spid="_x0000_s1026" style="position:absolute;margin-left:0;margin-top:0;width:557.4pt;height:48.2pt;z-index:251659264;mso-position-horizontal:center;mso-position-horizontal-relative:margin;mso-height-relative:margin" coordsize="70789,61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NsOqNsOqBkGNsOqNsOqBkAAAAABjbD&#10;qjbDqgZBjbDqjbDqgZ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8991;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">
                  <v:imagedata r:id="rId8" o:title=""/>
                </v:shape>
                <v:shape id="Picture 2" o:spid="_x0000_s1028" type="#_x0000_t75" style="position:absolute;left:60502;top:152;width:10287;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">
                  <v:imagedata r:id="rId9" o:title=""/>
                </v:shape>
                <w10:wrap type="square" anchorx="margin"/>
              </v:group>
            </w:pict>
          </mc:Fallback>
        </mc:AlternateContent>
      </w:r>
      <w:bookmarkEnd w:id="0"/>
    </w:p>
    <w:p w14:paraId="0796C793" w14:textId="66AD4B9B" w:rsidR="008E6C3E" w:rsidRPr="00C274C6" w:rsidRDefault="00816CFD" w:rsidP="00827F57">
      <w:pPr>
        <w:pStyle w:val="Title"/>
        <w:jc w:val="center"/>
        <w:rPr>
          <w:rFonts w:ascii="Lato" w:hAnsi="Lato"/>
          <w:sz w:val="28"/>
          <w:szCs w:val="28"/>
        </w:rPr>
      </w:pPr>
      <w:r w:rsidRPr="00C274C6">
        <w:rPr>
          <w:rFonts w:ascii="Lato" w:hAnsi="Lato"/>
          <w:sz w:val="28"/>
          <w:szCs w:val="28"/>
        </w:rPr>
        <w:t>Use this activity to reflect on your current team and identify opportunities to strengthen representation.</w:t>
      </w:r>
    </w:p>
    <w:p w14:paraId="3E731876" w14:textId="77777777" w:rsidR="008E6C3E" w:rsidRPr="00C274C6" w:rsidRDefault="00816CFD">
      <w:pPr>
        <w:keepNext/>
        <w:spacing w:before="200" w:after="80"/>
        <w:rPr>
          <w:rFonts w:ascii="Lato" w:hAnsi="Lato"/>
          <w:sz w:val="28"/>
          <w:szCs w:val="28"/>
        </w:rPr>
      </w:pPr>
      <w:r w:rsidRPr="00C274C6">
        <w:rPr>
          <w:rFonts w:ascii="Lato" w:hAnsi="Lato"/>
          <w:b/>
          <w:color w:val="3565A9"/>
          <w:sz w:val="28"/>
          <w:szCs w:val="28"/>
        </w:rPr>
        <w:t>Current Team Assessment</w:t>
      </w:r>
    </w:p>
    <w:tbl>
      <w:tblPr>
        <w:tblW w:w="0" w:type="auto"/>
        <w:jc w:val="center"/>
        <w:tblLook w:val="04A0" w:firstRow="1" w:lastRow="0" w:firstColumn="1" w:lastColumn="0" w:noHBand="0" w:noVBand="1"/>
      </w:tblPr>
      <w:tblGrid>
        <w:gridCol w:w="5103"/>
        <w:gridCol w:w="3537"/>
      </w:tblGrid>
      <w:tr w:rsidR="008E6C3E" w:rsidRPr="00C274C6" w14:paraId="0164D349" w14:textId="77777777">
        <w:trPr>
          <w:jc w:val="center"/>
        </w:trPr>
        <w:tc>
          <w:tcPr>
            <w:tcW w:w="6480" w:type="dxa"/>
            <w:shd w:val="clear" w:color="auto" w:fill="102C57"/>
            <w:tcMar>
              <w:top w:w="100" w:type="dxa"/>
              <w:left w:w="100" w:type="dxa"/>
              <w:bottom w:w="100" w:type="dxa"/>
              <w:right w:w="100" w:type="dxa"/>
            </w:tcMar>
          </w:tcPr>
          <w:p w14:paraId="607E3A56" w14:textId="77777777" w:rsidR="008E6C3E" w:rsidRPr="00C274C6" w:rsidRDefault="00816CFD">
            <w:pPr>
              <w:rPr>
                <w:rFonts w:ascii="Lato" w:hAnsi="Lato"/>
                <w:sz w:val="28"/>
                <w:szCs w:val="28"/>
              </w:rPr>
            </w:pPr>
            <w:r w:rsidRPr="00C274C6">
              <w:rPr>
                <w:rFonts w:ascii="Lato" w:hAnsi="Lato"/>
                <w:b/>
                <w:color w:val="FFFFFF"/>
                <w:sz w:val="28"/>
                <w:szCs w:val="28"/>
              </w:rPr>
              <w:t>Reflection Metric</w:t>
            </w:r>
          </w:p>
        </w:tc>
        <w:tc>
          <w:tcPr>
            <w:tcW w:w="3600" w:type="dxa"/>
            <w:shd w:val="clear" w:color="auto" w:fill="102C57"/>
            <w:tcMar>
              <w:top w:w="100" w:type="dxa"/>
              <w:left w:w="100" w:type="dxa"/>
              <w:bottom w:w="100" w:type="dxa"/>
              <w:right w:w="100" w:type="dxa"/>
            </w:tcMar>
          </w:tcPr>
          <w:p w14:paraId="6590DC6B" w14:textId="77777777" w:rsidR="008E6C3E" w:rsidRPr="00C274C6" w:rsidRDefault="00816CFD">
            <w:pPr>
              <w:rPr>
                <w:rFonts w:ascii="Lato" w:hAnsi="Lato"/>
                <w:sz w:val="28"/>
                <w:szCs w:val="28"/>
              </w:rPr>
            </w:pPr>
            <w:r w:rsidRPr="00C274C6">
              <w:rPr>
                <w:rFonts w:ascii="Lato" w:hAnsi="Lato"/>
                <w:b/>
                <w:color w:val="FFFFFF"/>
                <w:sz w:val="28"/>
                <w:szCs w:val="28"/>
              </w:rPr>
              <w:t>Current Status / Count</w:t>
            </w:r>
          </w:p>
        </w:tc>
      </w:tr>
      <w:tr w:rsidR="008E6C3E" w:rsidRPr="00C274C6" w14:paraId="4FD49D06" w14:textId="77777777">
        <w:trPr>
          <w:jc w:val="center"/>
        </w:trPr>
        <w:tc>
          <w:tcPr>
            <w:tcW w:w="4320" w:type="dxa"/>
            <w:shd w:val="clear" w:color="auto" w:fill="F8F9FA"/>
            <w:tcMar>
              <w:top w:w="80" w:type="dxa"/>
              <w:left w:w="100" w:type="dxa"/>
              <w:bottom w:w="80" w:type="dxa"/>
              <w:right w:w="100" w:type="dxa"/>
            </w:tcMar>
          </w:tcPr>
          <w:p w14:paraId="140A45E7" w14:textId="77777777" w:rsidR="008E6C3E" w:rsidRPr="00C274C6" w:rsidRDefault="00816CFD">
            <w:pPr>
              <w:rPr>
                <w:rFonts w:ascii="Lato" w:hAnsi="Lato"/>
                <w:sz w:val="28"/>
                <w:szCs w:val="28"/>
              </w:rPr>
            </w:pPr>
            <w:r w:rsidRPr="00C274C6">
              <w:rPr>
                <w:rFonts w:ascii="Lato" w:hAnsi="Lato"/>
                <w:sz w:val="28"/>
                <w:szCs w:val="28"/>
              </w:rPr>
              <w:t>How many members consistently attend CCoT meetings?</w:t>
            </w:r>
          </w:p>
        </w:tc>
        <w:tc>
          <w:tcPr>
            <w:tcW w:w="4320" w:type="dxa"/>
            <w:shd w:val="clear" w:color="auto" w:fill="F8F9FA"/>
            <w:tcMar>
              <w:top w:w="80" w:type="dxa"/>
              <w:left w:w="100" w:type="dxa"/>
              <w:bottom w:w="80" w:type="dxa"/>
              <w:right w:w="100" w:type="dxa"/>
            </w:tcMar>
          </w:tcPr>
          <w:p w14:paraId="6928731A"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68842D82" w14:textId="77777777">
        <w:trPr>
          <w:jc w:val="center"/>
        </w:trPr>
        <w:tc>
          <w:tcPr>
            <w:tcW w:w="4320" w:type="dxa"/>
            <w:shd w:val="clear" w:color="auto" w:fill="FFFFFF"/>
            <w:tcMar>
              <w:top w:w="80" w:type="dxa"/>
              <w:left w:w="100" w:type="dxa"/>
              <w:bottom w:w="80" w:type="dxa"/>
              <w:right w:w="100" w:type="dxa"/>
            </w:tcMar>
          </w:tcPr>
          <w:p w14:paraId="2A98D8FB" w14:textId="77777777" w:rsidR="008E6C3E" w:rsidRPr="00C274C6" w:rsidRDefault="00816CFD">
            <w:pPr>
              <w:rPr>
                <w:rFonts w:ascii="Lato" w:hAnsi="Lato"/>
                <w:sz w:val="28"/>
                <w:szCs w:val="28"/>
              </w:rPr>
            </w:pPr>
            <w:r w:rsidRPr="00C274C6">
              <w:rPr>
                <w:rFonts w:ascii="Lato" w:hAnsi="Lato"/>
                <w:sz w:val="28"/>
                <w:szCs w:val="28"/>
              </w:rPr>
              <w:t>How many members attend CCoT meetings occasionally?</w:t>
            </w:r>
          </w:p>
        </w:tc>
        <w:tc>
          <w:tcPr>
            <w:tcW w:w="4320" w:type="dxa"/>
            <w:shd w:val="clear" w:color="auto" w:fill="FFFFFF"/>
            <w:tcMar>
              <w:top w:w="80" w:type="dxa"/>
              <w:left w:w="100" w:type="dxa"/>
              <w:bottom w:w="80" w:type="dxa"/>
              <w:right w:w="100" w:type="dxa"/>
            </w:tcMar>
          </w:tcPr>
          <w:p w14:paraId="44C8DAF1"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23E965B5" w14:textId="77777777">
        <w:trPr>
          <w:jc w:val="center"/>
        </w:trPr>
        <w:tc>
          <w:tcPr>
            <w:tcW w:w="4320" w:type="dxa"/>
            <w:shd w:val="clear" w:color="auto" w:fill="F8F9FA"/>
            <w:tcMar>
              <w:top w:w="80" w:type="dxa"/>
              <w:left w:w="100" w:type="dxa"/>
              <w:bottom w:w="80" w:type="dxa"/>
              <w:right w:w="100" w:type="dxa"/>
            </w:tcMar>
          </w:tcPr>
          <w:p w14:paraId="31D2CBE3" w14:textId="77777777" w:rsidR="008E6C3E" w:rsidRPr="00C274C6" w:rsidRDefault="00816CFD">
            <w:pPr>
              <w:rPr>
                <w:rFonts w:ascii="Lato" w:hAnsi="Lato"/>
                <w:sz w:val="28"/>
                <w:szCs w:val="28"/>
              </w:rPr>
            </w:pPr>
            <w:r w:rsidRPr="00C274C6">
              <w:rPr>
                <w:rFonts w:ascii="Lato" w:hAnsi="Lato"/>
                <w:sz w:val="28"/>
                <w:szCs w:val="28"/>
              </w:rPr>
              <w:t>How often does your CCoT meet?</w:t>
            </w:r>
          </w:p>
        </w:tc>
        <w:tc>
          <w:tcPr>
            <w:tcW w:w="4320" w:type="dxa"/>
            <w:shd w:val="clear" w:color="auto" w:fill="F8F9FA"/>
            <w:tcMar>
              <w:top w:w="80" w:type="dxa"/>
              <w:left w:w="100" w:type="dxa"/>
              <w:bottom w:w="80" w:type="dxa"/>
              <w:right w:w="100" w:type="dxa"/>
            </w:tcMar>
          </w:tcPr>
          <w:p w14:paraId="7EE4A05F"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530C0565" w14:textId="77777777">
        <w:trPr>
          <w:jc w:val="center"/>
        </w:trPr>
        <w:tc>
          <w:tcPr>
            <w:tcW w:w="4320" w:type="dxa"/>
            <w:shd w:val="clear" w:color="auto" w:fill="FFFFFF"/>
            <w:tcMar>
              <w:top w:w="80" w:type="dxa"/>
              <w:left w:w="100" w:type="dxa"/>
              <w:bottom w:w="80" w:type="dxa"/>
              <w:right w:w="100" w:type="dxa"/>
            </w:tcMar>
          </w:tcPr>
          <w:p w14:paraId="4BEF9AB5" w14:textId="77777777" w:rsidR="008E6C3E" w:rsidRPr="00C274C6" w:rsidRDefault="00816CFD">
            <w:pPr>
              <w:rPr>
                <w:rFonts w:ascii="Lato" w:hAnsi="Lato"/>
                <w:sz w:val="28"/>
                <w:szCs w:val="28"/>
              </w:rPr>
            </w:pPr>
            <w:r w:rsidRPr="00C274C6">
              <w:rPr>
                <w:rFonts w:ascii="Lato" w:hAnsi="Lato"/>
                <w:sz w:val="28"/>
                <w:szCs w:val="28"/>
              </w:rPr>
              <w:t>How many districts have educator representation on the team?</w:t>
            </w:r>
          </w:p>
        </w:tc>
        <w:tc>
          <w:tcPr>
            <w:tcW w:w="4320" w:type="dxa"/>
            <w:shd w:val="clear" w:color="auto" w:fill="FFFFFF"/>
            <w:tcMar>
              <w:top w:w="80" w:type="dxa"/>
              <w:left w:w="100" w:type="dxa"/>
              <w:bottom w:w="80" w:type="dxa"/>
              <w:right w:w="100" w:type="dxa"/>
            </w:tcMar>
          </w:tcPr>
          <w:p w14:paraId="420EF64F"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42251B8F" w14:textId="77777777">
        <w:trPr>
          <w:jc w:val="center"/>
        </w:trPr>
        <w:tc>
          <w:tcPr>
            <w:tcW w:w="4320" w:type="dxa"/>
            <w:shd w:val="clear" w:color="auto" w:fill="F8F9FA"/>
            <w:tcMar>
              <w:top w:w="80" w:type="dxa"/>
              <w:left w:w="100" w:type="dxa"/>
              <w:bottom w:w="80" w:type="dxa"/>
              <w:right w:w="100" w:type="dxa"/>
            </w:tcMar>
          </w:tcPr>
          <w:p w14:paraId="0F37E596" w14:textId="77777777" w:rsidR="008E6C3E" w:rsidRPr="00C274C6" w:rsidRDefault="00816CFD">
            <w:pPr>
              <w:rPr>
                <w:rFonts w:ascii="Lato" w:hAnsi="Lato"/>
                <w:sz w:val="28"/>
                <w:szCs w:val="28"/>
              </w:rPr>
            </w:pPr>
            <w:r w:rsidRPr="00C274C6">
              <w:rPr>
                <w:rFonts w:ascii="Lato" w:hAnsi="Lato"/>
                <w:sz w:val="28"/>
                <w:szCs w:val="28"/>
              </w:rPr>
              <w:t>How many agency and organization representatives are on the team?</w:t>
            </w:r>
          </w:p>
        </w:tc>
        <w:tc>
          <w:tcPr>
            <w:tcW w:w="4320" w:type="dxa"/>
            <w:shd w:val="clear" w:color="auto" w:fill="F8F9FA"/>
            <w:tcMar>
              <w:top w:w="80" w:type="dxa"/>
              <w:left w:w="100" w:type="dxa"/>
              <w:bottom w:w="80" w:type="dxa"/>
              <w:right w:w="100" w:type="dxa"/>
            </w:tcMar>
          </w:tcPr>
          <w:p w14:paraId="6E6F6290"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4E2BD4A9" w14:textId="77777777">
        <w:trPr>
          <w:jc w:val="center"/>
        </w:trPr>
        <w:tc>
          <w:tcPr>
            <w:tcW w:w="4320" w:type="dxa"/>
            <w:shd w:val="clear" w:color="auto" w:fill="FFFFFF"/>
            <w:tcMar>
              <w:top w:w="80" w:type="dxa"/>
              <w:left w:w="100" w:type="dxa"/>
              <w:bottom w:w="80" w:type="dxa"/>
              <w:right w:w="100" w:type="dxa"/>
            </w:tcMar>
          </w:tcPr>
          <w:p w14:paraId="249F107F" w14:textId="77777777" w:rsidR="008E6C3E" w:rsidRPr="00C274C6" w:rsidRDefault="00816CFD">
            <w:pPr>
              <w:rPr>
                <w:rFonts w:ascii="Lato" w:hAnsi="Lato"/>
                <w:sz w:val="28"/>
                <w:szCs w:val="28"/>
              </w:rPr>
            </w:pPr>
            <w:r w:rsidRPr="00C274C6">
              <w:rPr>
                <w:rFonts w:ascii="Lato" w:hAnsi="Lato"/>
                <w:sz w:val="28"/>
                <w:szCs w:val="28"/>
              </w:rPr>
              <w:t>How many business representatives are on the team?</w:t>
            </w:r>
          </w:p>
        </w:tc>
        <w:tc>
          <w:tcPr>
            <w:tcW w:w="4320" w:type="dxa"/>
            <w:shd w:val="clear" w:color="auto" w:fill="FFFFFF"/>
            <w:tcMar>
              <w:top w:w="80" w:type="dxa"/>
              <w:left w:w="100" w:type="dxa"/>
              <w:bottom w:w="80" w:type="dxa"/>
              <w:right w:w="100" w:type="dxa"/>
            </w:tcMar>
          </w:tcPr>
          <w:p w14:paraId="05489FEC"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1F1E71E0" w14:textId="77777777">
        <w:trPr>
          <w:jc w:val="center"/>
        </w:trPr>
        <w:tc>
          <w:tcPr>
            <w:tcW w:w="4320" w:type="dxa"/>
            <w:shd w:val="clear" w:color="auto" w:fill="F8F9FA"/>
            <w:tcMar>
              <w:top w:w="80" w:type="dxa"/>
              <w:left w:w="100" w:type="dxa"/>
              <w:bottom w:w="80" w:type="dxa"/>
              <w:right w:w="100" w:type="dxa"/>
            </w:tcMar>
          </w:tcPr>
          <w:p w14:paraId="028A2C84" w14:textId="77777777" w:rsidR="008E6C3E" w:rsidRPr="00C274C6" w:rsidRDefault="00816CFD">
            <w:pPr>
              <w:rPr>
                <w:rFonts w:ascii="Lato" w:hAnsi="Lato"/>
                <w:sz w:val="28"/>
                <w:szCs w:val="28"/>
              </w:rPr>
            </w:pPr>
            <w:r w:rsidRPr="00C274C6">
              <w:rPr>
                <w:rFonts w:ascii="Lato" w:hAnsi="Lato"/>
                <w:sz w:val="28"/>
                <w:szCs w:val="28"/>
              </w:rPr>
              <w:t>How many youth and family representatives are on the team?</w:t>
            </w:r>
          </w:p>
        </w:tc>
        <w:tc>
          <w:tcPr>
            <w:tcW w:w="4320" w:type="dxa"/>
            <w:shd w:val="clear" w:color="auto" w:fill="F8F9FA"/>
            <w:tcMar>
              <w:top w:w="80" w:type="dxa"/>
              <w:left w:w="100" w:type="dxa"/>
              <w:bottom w:w="80" w:type="dxa"/>
              <w:right w:w="100" w:type="dxa"/>
            </w:tcMar>
          </w:tcPr>
          <w:p w14:paraId="09DA849F"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r w:rsidR="008E6C3E" w:rsidRPr="00C274C6" w14:paraId="45B9ADAA" w14:textId="77777777">
        <w:trPr>
          <w:jc w:val="center"/>
        </w:trPr>
        <w:tc>
          <w:tcPr>
            <w:tcW w:w="4320" w:type="dxa"/>
            <w:shd w:val="clear" w:color="auto" w:fill="FFFFFF"/>
            <w:tcMar>
              <w:top w:w="80" w:type="dxa"/>
              <w:left w:w="100" w:type="dxa"/>
              <w:bottom w:w="80" w:type="dxa"/>
              <w:right w:w="100" w:type="dxa"/>
            </w:tcMar>
          </w:tcPr>
          <w:p w14:paraId="6E036BFD" w14:textId="77777777" w:rsidR="008E6C3E" w:rsidRPr="00C274C6" w:rsidRDefault="00816CFD">
            <w:pPr>
              <w:rPr>
                <w:rFonts w:ascii="Lato" w:hAnsi="Lato"/>
                <w:sz w:val="28"/>
                <w:szCs w:val="28"/>
              </w:rPr>
            </w:pPr>
            <w:r w:rsidRPr="00C274C6">
              <w:rPr>
                <w:rFonts w:ascii="Lato" w:hAnsi="Lato"/>
                <w:sz w:val="28"/>
                <w:szCs w:val="28"/>
              </w:rPr>
              <w:t>Does the CCoT Team have a co-created vision, purpose, and/or mission statement?</w:t>
            </w:r>
          </w:p>
        </w:tc>
        <w:tc>
          <w:tcPr>
            <w:tcW w:w="4320" w:type="dxa"/>
            <w:shd w:val="clear" w:color="auto" w:fill="FFFFFF"/>
            <w:tcMar>
              <w:top w:w="80" w:type="dxa"/>
              <w:left w:w="100" w:type="dxa"/>
              <w:bottom w:w="80" w:type="dxa"/>
              <w:right w:w="100" w:type="dxa"/>
            </w:tcMar>
          </w:tcPr>
          <w:p w14:paraId="1452C0C3" w14:textId="77777777" w:rsidR="008E6C3E" w:rsidRPr="00C274C6" w:rsidRDefault="00816CFD">
            <w:pPr>
              <w:rPr>
                <w:rFonts w:ascii="Lato" w:hAnsi="Lato"/>
                <w:sz w:val="28"/>
                <w:szCs w:val="28"/>
              </w:rPr>
            </w:pPr>
            <w:r w:rsidRPr="00C274C6">
              <w:rPr>
                <w:rFonts w:ascii="Lato" w:hAnsi="Lato"/>
                <w:i/>
                <w:color w:val="646464"/>
                <w:sz w:val="28"/>
                <w:szCs w:val="28"/>
                <w:shd w:val="clear" w:color="auto" w:fill="EBF3FA"/>
              </w:rPr>
              <w:t xml:space="preserve">  [Enter count/details]  </w:t>
            </w:r>
          </w:p>
        </w:tc>
      </w:tr>
    </w:tbl>
    <w:p w14:paraId="0F371782" w14:textId="77777777" w:rsidR="008E6C3E" w:rsidRPr="00C274C6" w:rsidRDefault="00816CFD">
      <w:pPr>
        <w:keepNext/>
        <w:spacing w:before="200" w:after="80"/>
        <w:rPr>
          <w:rFonts w:ascii="Lato" w:hAnsi="Lato"/>
          <w:sz w:val="28"/>
          <w:szCs w:val="28"/>
        </w:rPr>
      </w:pPr>
      <w:r w:rsidRPr="00C274C6">
        <w:rPr>
          <w:rFonts w:ascii="Lato" w:hAnsi="Lato"/>
          <w:b/>
          <w:color w:val="3565A9"/>
          <w:sz w:val="28"/>
          <w:szCs w:val="28"/>
        </w:rPr>
        <w:lastRenderedPageBreak/>
        <w:t>Team Reflection Questions</w:t>
      </w:r>
    </w:p>
    <w:p w14:paraId="4F8D84E8" w14:textId="77777777" w:rsidR="008E6C3E" w:rsidRPr="00C274C6" w:rsidRDefault="00816CFD">
      <w:pPr>
        <w:spacing w:before="200" w:after="40"/>
        <w:rPr>
          <w:rFonts w:ascii="Lato" w:hAnsi="Lato"/>
          <w:sz w:val="28"/>
          <w:szCs w:val="28"/>
        </w:rPr>
      </w:pPr>
      <w:r w:rsidRPr="00C274C6">
        <w:rPr>
          <w:rFonts w:ascii="Lato" w:hAnsi="Lato"/>
          <w:b/>
          <w:sz w:val="28"/>
          <w:szCs w:val="28"/>
        </w:rPr>
        <w:t>Based on the current CCoT team members, does the team represent the community?</w:t>
      </w:r>
    </w:p>
    <w:p w14:paraId="03309858" w14:textId="77777777" w:rsidR="008E6C3E" w:rsidRPr="00C274C6" w:rsidRDefault="00816CFD">
      <w:pPr>
        <w:spacing w:after="240"/>
        <w:rPr>
          <w:rFonts w:ascii="Lato" w:hAnsi="Lato"/>
          <w:sz w:val="28"/>
          <w:szCs w:val="28"/>
        </w:rPr>
      </w:pPr>
      <w:r w:rsidRPr="00C274C6">
        <w:rPr>
          <w:rFonts w:ascii="Lato" w:hAnsi="Lato"/>
          <w:i/>
          <w:color w:val="646464"/>
          <w:sz w:val="28"/>
          <w:szCs w:val="28"/>
          <w:shd w:val="clear" w:color="auto" w:fill="EBF3FA"/>
        </w:rPr>
        <w:t xml:space="preserve">  [Enter reflection here]  </w:t>
      </w:r>
    </w:p>
    <w:p w14:paraId="7A511632" w14:textId="77777777" w:rsidR="008E6C3E" w:rsidRPr="00C274C6" w:rsidRDefault="00816CFD">
      <w:pPr>
        <w:spacing w:before="200" w:after="40"/>
        <w:rPr>
          <w:rFonts w:ascii="Lato" w:hAnsi="Lato"/>
          <w:sz w:val="28"/>
          <w:szCs w:val="28"/>
        </w:rPr>
      </w:pPr>
      <w:r w:rsidRPr="00C274C6">
        <w:rPr>
          <w:rFonts w:ascii="Lato" w:hAnsi="Lato"/>
          <w:b/>
          <w:sz w:val="28"/>
          <w:szCs w:val="28"/>
        </w:rPr>
        <w:t>How does the team establish roles and responsibilities?</w:t>
      </w:r>
    </w:p>
    <w:p w14:paraId="13CD7F25" w14:textId="77777777" w:rsidR="008E6C3E" w:rsidRPr="00C274C6" w:rsidRDefault="00816CFD">
      <w:pPr>
        <w:spacing w:after="240"/>
        <w:rPr>
          <w:rFonts w:ascii="Lato" w:hAnsi="Lato"/>
          <w:sz w:val="28"/>
          <w:szCs w:val="28"/>
        </w:rPr>
      </w:pPr>
      <w:r w:rsidRPr="00C274C6">
        <w:rPr>
          <w:rFonts w:ascii="Lato" w:hAnsi="Lato"/>
          <w:i/>
          <w:color w:val="646464"/>
          <w:sz w:val="28"/>
          <w:szCs w:val="28"/>
          <w:shd w:val="clear" w:color="auto" w:fill="EBF3FA"/>
        </w:rPr>
        <w:t xml:space="preserve">  [Enter reflection here]  </w:t>
      </w:r>
    </w:p>
    <w:p w14:paraId="4D93661D" w14:textId="77777777" w:rsidR="008E6C3E" w:rsidRPr="00C274C6" w:rsidRDefault="00816CFD">
      <w:pPr>
        <w:spacing w:before="200" w:after="40"/>
        <w:rPr>
          <w:rFonts w:ascii="Lato" w:hAnsi="Lato"/>
          <w:sz w:val="28"/>
          <w:szCs w:val="28"/>
        </w:rPr>
      </w:pPr>
      <w:r w:rsidRPr="00C274C6">
        <w:rPr>
          <w:rFonts w:ascii="Lato" w:hAnsi="Lato"/>
          <w:b/>
          <w:sz w:val="28"/>
          <w:szCs w:val="28"/>
        </w:rPr>
        <w:t>What steps can the CCoT Team take to identify partners who could enhance transition practices?</w:t>
      </w:r>
    </w:p>
    <w:p w14:paraId="2AC13ECD" w14:textId="77777777" w:rsidR="008E6C3E" w:rsidRPr="00C274C6" w:rsidRDefault="00816CFD">
      <w:pPr>
        <w:spacing w:after="240"/>
        <w:rPr>
          <w:rFonts w:ascii="Lato" w:hAnsi="Lato"/>
          <w:sz w:val="28"/>
          <w:szCs w:val="28"/>
        </w:rPr>
      </w:pPr>
      <w:r w:rsidRPr="00C274C6">
        <w:rPr>
          <w:rFonts w:ascii="Lato" w:hAnsi="Lato"/>
          <w:i/>
          <w:color w:val="646464"/>
          <w:sz w:val="28"/>
          <w:szCs w:val="28"/>
          <w:shd w:val="clear" w:color="auto" w:fill="EBF3FA"/>
        </w:rPr>
        <w:t xml:space="preserve">  [Enter reflection here]  </w:t>
      </w:r>
    </w:p>
    <w:p w14:paraId="52931743" w14:textId="77777777" w:rsidR="008E6C3E" w:rsidRPr="00C274C6" w:rsidRDefault="00816CFD">
      <w:pPr>
        <w:spacing w:before="200" w:after="40"/>
        <w:rPr>
          <w:rFonts w:ascii="Lato" w:hAnsi="Lato"/>
          <w:sz w:val="28"/>
          <w:szCs w:val="28"/>
        </w:rPr>
      </w:pPr>
      <w:r w:rsidRPr="00C274C6">
        <w:rPr>
          <w:rFonts w:ascii="Lato" w:hAnsi="Lato"/>
          <w:b/>
          <w:sz w:val="28"/>
          <w:szCs w:val="28"/>
        </w:rPr>
        <w:t>What steps can the CCoT Team take to identify members who represent the diversity of the community?</w:t>
      </w:r>
    </w:p>
    <w:p w14:paraId="6FF0488B" w14:textId="4066D409" w:rsidR="008E6C3E" w:rsidRPr="00C274C6" w:rsidRDefault="00816CFD">
      <w:pPr>
        <w:spacing w:after="240"/>
        <w:rPr>
          <w:rFonts w:ascii="Lato" w:hAnsi="Lato"/>
          <w:i/>
          <w:color w:val="646464"/>
          <w:sz w:val="28"/>
          <w:szCs w:val="28"/>
          <w:shd w:val="clear" w:color="auto" w:fill="EBF3FA"/>
        </w:rPr>
      </w:pPr>
      <w:r w:rsidRPr="00C274C6">
        <w:rPr>
          <w:rFonts w:ascii="Lato" w:hAnsi="Lato"/>
          <w:i/>
          <w:color w:val="646464"/>
          <w:sz w:val="28"/>
          <w:szCs w:val="28"/>
          <w:shd w:val="clear" w:color="auto" w:fill="EBF3FA"/>
        </w:rPr>
        <w:t xml:space="preserve">  [Enter reflection here]  </w:t>
      </w:r>
    </w:p>
    <w:p w14:paraId="43E125E0" w14:textId="2F76DC97" w:rsidR="00C274C6" w:rsidRPr="00C274C6" w:rsidRDefault="00C274C6">
      <w:pPr>
        <w:spacing w:after="240"/>
        <w:rPr>
          <w:i/>
          <w:color w:val="646464"/>
          <w:sz w:val="28"/>
          <w:szCs w:val="28"/>
          <w:shd w:val="clear" w:color="auto" w:fill="EBF3FA"/>
        </w:rPr>
      </w:pPr>
    </w:p>
    <w:p w14:paraId="7DF95B01" w14:textId="5BB54646" w:rsidR="00C274C6" w:rsidRPr="00C274C6" w:rsidRDefault="00C274C6">
      <w:pPr>
        <w:spacing w:after="240"/>
        <w:rPr>
          <w:sz w:val="28"/>
          <w:szCs w:val="28"/>
        </w:rPr>
      </w:pPr>
      <w:r w:rsidRPr="00C274C6">
        <w:rPr>
          <w:rFonts w:ascii="Lato" w:hAnsi="Lato"/>
          <w:color w:val="000000"/>
          <w:sz w:val="28"/>
          <w:szCs w:val="28"/>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C274C6" w:rsidRPr="00C274C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8744424">
    <w:abstractNumId w:val="8"/>
  </w:num>
  <w:num w:numId="2" w16cid:durableId="1794863017">
    <w:abstractNumId w:val="6"/>
  </w:num>
  <w:num w:numId="3" w16cid:durableId="1535659038">
    <w:abstractNumId w:val="5"/>
  </w:num>
  <w:num w:numId="4" w16cid:durableId="204488479">
    <w:abstractNumId w:val="4"/>
  </w:num>
  <w:num w:numId="5" w16cid:durableId="1492597376">
    <w:abstractNumId w:val="7"/>
  </w:num>
  <w:num w:numId="6" w16cid:durableId="1786074259">
    <w:abstractNumId w:val="3"/>
  </w:num>
  <w:num w:numId="7" w16cid:durableId="1443457945">
    <w:abstractNumId w:val="2"/>
  </w:num>
  <w:num w:numId="8" w16cid:durableId="277175974">
    <w:abstractNumId w:val="1"/>
  </w:num>
  <w:num w:numId="9" w16cid:durableId="10227112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0B2"/>
    <w:rsid w:val="0015074B"/>
    <w:rsid w:val="0029639D"/>
    <w:rsid w:val="00326F90"/>
    <w:rsid w:val="00816CFD"/>
    <w:rsid w:val="00827F57"/>
    <w:rsid w:val="008E6C3E"/>
    <w:rsid w:val="00A2166E"/>
    <w:rsid w:val="00AA1D8D"/>
    <w:rsid w:val="00B47730"/>
    <w:rsid w:val="00C274C6"/>
    <w:rsid w:val="00C478E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CED265"/>
  <w14:defaultImageDpi w14:val="300"/>
  <w15:docId w15:val="{4A60FC9A-4368-4D25-8530-D5A220A1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238</Words>
  <Characters>1417</Characters>
  <Application>Microsoft Office Word</Application>
  <DocSecurity>0</DocSecurity>
  <Lines>50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CCoT Team Reflection</dc:title>
  <dc:subject/>
  <dc:creator>TIG</dc:creator>
  <cp:keywords/>
  <dc:description/>
  <cp:lastModifiedBy>Shana Ratzburg</cp:lastModifiedBy>
  <cp:revision>3</cp:revision>
  <dcterms:created xsi:type="dcterms:W3CDTF">2026-08-24T12:07:00Z</dcterms:created>
  <dcterms:modified xsi:type="dcterms:W3CDTF">2026-08-24T18:45:00Z</dcterms:modified>
  <cp:category/>
</cp:coreProperties>
</file>